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AB2D7" w14:textId="77777777" w:rsidR="00807F36" w:rsidRPr="00963169" w:rsidRDefault="00243611" w:rsidP="00FE7188">
      <w:pPr>
        <w:keepLines/>
        <w:spacing w:before="80" w:after="160"/>
        <w:jc w:val="center"/>
        <w:rPr>
          <w:rFonts w:asciiTheme="majorHAnsi" w:hAnsiTheme="majorHAnsi" w:cstheme="majorHAnsi"/>
          <w:lang w:val="ru-RU"/>
        </w:rPr>
      </w:pPr>
      <w:r w:rsidRPr="00963169">
        <w:rPr>
          <w:rFonts w:asciiTheme="majorHAnsi" w:hAnsiTheme="majorHAnsi" w:cstheme="majorHAnsi"/>
          <w:b/>
          <w:sz w:val="30"/>
          <w:lang w:val="ru-RU"/>
        </w:rPr>
        <w:t>П Р И Ј А В А</w:t>
      </w:r>
    </w:p>
    <w:p w14:paraId="4EFBC323" w14:textId="77777777" w:rsidR="00807F36" w:rsidRPr="00963169" w:rsidRDefault="00243611" w:rsidP="00FE7188">
      <w:pPr>
        <w:keepLines/>
        <w:spacing w:before="80" w:after="160"/>
        <w:jc w:val="center"/>
        <w:rPr>
          <w:rFonts w:asciiTheme="majorHAnsi" w:hAnsiTheme="majorHAnsi" w:cstheme="majorHAnsi"/>
        </w:rPr>
      </w:pPr>
      <w:r w:rsidRPr="00963169">
        <w:rPr>
          <w:rFonts w:asciiTheme="majorHAnsi" w:hAnsiTheme="majorHAnsi" w:cstheme="majorHAnsi"/>
          <w:b/>
          <w:sz w:val="23"/>
          <w:lang w:val="ru-RU"/>
        </w:rPr>
        <w:t>НА ЈАВНИ ПОЗИВ ЗА УСПОСТАВЉАЊЕ ЛОКАЛНИХ ПАРТНЕРСТАВА</w:t>
      </w:r>
      <w:r w:rsidRPr="00963169">
        <w:rPr>
          <w:rFonts w:asciiTheme="majorHAnsi" w:hAnsiTheme="majorHAnsi" w:cstheme="majorHAnsi"/>
          <w:b/>
          <w:sz w:val="23"/>
          <w:lang w:val="ru-RU"/>
        </w:rPr>
        <w:br/>
        <w:t>ЗА ЕКОНОМСКО ОСНАЖИВАЊЕ ЖЕНА У АП ВОЈВОДИНИ</w:t>
      </w:r>
      <w:r w:rsidRPr="00963169">
        <w:rPr>
          <w:rFonts w:asciiTheme="majorHAnsi" w:hAnsiTheme="majorHAnsi" w:cstheme="majorHAnsi"/>
          <w:b/>
          <w:sz w:val="23"/>
          <w:lang w:val="ru-RU"/>
        </w:rPr>
        <w:br/>
        <w:t xml:space="preserve">У 2026. </w:t>
      </w:r>
      <w:r w:rsidRPr="00963169">
        <w:rPr>
          <w:rFonts w:asciiTheme="majorHAnsi" w:hAnsiTheme="majorHAnsi" w:cstheme="majorHAnsi"/>
          <w:b/>
          <w:sz w:val="23"/>
        </w:rPr>
        <w:t>ГОДИНИ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807F36" w:rsidRPr="00041698" w14:paraId="01327D64" w14:textId="77777777">
        <w:trPr>
          <w:cantSplit/>
          <w:jc w:val="center"/>
        </w:trPr>
        <w:tc>
          <w:tcPr>
            <w:tcW w:w="10148" w:type="dxa"/>
            <w:tcBorders>
              <w:top w:val="single" w:sz="8" w:space="0" w:color="55AAB2"/>
              <w:left w:val="single" w:sz="8" w:space="0" w:color="55AAB2"/>
              <w:bottom w:val="single" w:sz="8" w:space="0" w:color="55AAB2"/>
              <w:right w:val="single" w:sz="8" w:space="0" w:color="55AAB2"/>
            </w:tcBorders>
            <w:shd w:val="clear" w:color="auto" w:fill="E9F3F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79F82C" w14:textId="77777777" w:rsidR="00807F36" w:rsidRPr="00963169" w:rsidRDefault="00243611" w:rsidP="007F4F68">
            <w:pPr>
              <w:spacing w:before="40" w:after="40" w:line="240" w:lineRule="auto"/>
              <w:jc w:val="both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color w:val="2F4F52"/>
                <w:sz w:val="18"/>
                <w:lang w:val="ru-RU"/>
              </w:rPr>
              <w:t xml:space="preserve">Образац се попуњава електронски, на српском језику и ћириличком писму. Ручно попуњене, непотпуне и неблаговремене пријаве неће бити разматране. Јединица локалне самоуправе може поднети једну пријаву. Највиши износ који се може тражити од Завода износи 240.000,00 динара, а крајњи рок за реализацију свих активности </w:t>
            </w:r>
            <w:r w:rsidRPr="00041698">
              <w:rPr>
                <w:rFonts w:asciiTheme="majorHAnsi" w:hAnsiTheme="majorHAnsi" w:cstheme="majorHAnsi"/>
                <w:color w:val="2F4F52"/>
                <w:sz w:val="18"/>
                <w:lang w:val="ru-RU"/>
              </w:rPr>
              <w:t>је 1. октобар 2027. године</w:t>
            </w:r>
            <w:r w:rsidRPr="00963169">
              <w:rPr>
                <w:rFonts w:asciiTheme="majorHAnsi" w:hAnsiTheme="majorHAnsi" w:cstheme="majorHAnsi"/>
                <w:color w:val="2F4F52"/>
                <w:sz w:val="18"/>
                <w:lang w:val="ru-RU"/>
              </w:rPr>
              <w:t>.</w:t>
            </w:r>
          </w:p>
        </w:tc>
      </w:tr>
    </w:tbl>
    <w:p w14:paraId="09010ACC" w14:textId="77777777" w:rsidR="00807F36" w:rsidRPr="00963169" w:rsidRDefault="00243611">
      <w:pPr>
        <w:pStyle w:val="FormSection"/>
        <w:keepLines/>
        <w:spacing w:before="160" w:after="100"/>
        <w:rPr>
          <w:rFonts w:asciiTheme="majorHAnsi" w:hAnsiTheme="majorHAnsi" w:cstheme="majorHAnsi"/>
          <w:lang w:val="ru-RU"/>
        </w:rPr>
      </w:pPr>
      <w:r w:rsidRPr="00963169">
        <w:rPr>
          <w:rFonts w:asciiTheme="majorHAnsi" w:hAnsiTheme="majorHAnsi" w:cstheme="majorHAnsi"/>
          <w:lang w:val="ru-RU"/>
        </w:rPr>
        <w:t>1.  ОСНОВНИ ПОДАЦИ О ПОДНОСИОЦУ ПРИЈАВЕ – ЈЕДИНИЦИ ЛОКАЛНЕ САМОУПРАВЕ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15"/>
        <w:gridCol w:w="6633"/>
      </w:tblGrid>
      <w:tr w:rsidR="00807F36" w:rsidRPr="00041698" w14:paraId="11584DDC" w14:textId="77777777" w:rsidTr="008D4ACA">
        <w:trPr>
          <w:cantSplit/>
          <w:trHeight w:val="22"/>
          <w:jc w:val="center"/>
        </w:trPr>
        <w:tc>
          <w:tcPr>
            <w:tcW w:w="351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07E0B2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  <w:lang w:val="ru-RU"/>
              </w:rPr>
              <w:t>Пун назив јединице локалне самоуправе:</w:t>
            </w:r>
          </w:p>
        </w:tc>
        <w:tc>
          <w:tcPr>
            <w:tcW w:w="6633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43CE91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</w:tr>
      <w:tr w:rsidR="00807F36" w:rsidRPr="00041698" w14:paraId="0D649AA0" w14:textId="77777777" w:rsidTr="008D4ACA">
        <w:trPr>
          <w:cantSplit/>
          <w:trHeight w:val="197"/>
          <w:jc w:val="center"/>
        </w:trPr>
        <w:tc>
          <w:tcPr>
            <w:tcW w:w="351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AF9D19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  <w:lang w:val="ru-RU"/>
              </w:rPr>
              <w:t>Седиште, поштански број и адреса:</w:t>
            </w:r>
          </w:p>
        </w:tc>
        <w:tc>
          <w:tcPr>
            <w:tcW w:w="6633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2A6B57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</w:tr>
      <w:tr w:rsidR="00807F36" w:rsidRPr="00963169" w14:paraId="57860C64" w14:textId="77777777" w:rsidTr="008D4ACA">
        <w:trPr>
          <w:cantSplit/>
          <w:trHeight w:val="22"/>
          <w:jc w:val="center"/>
        </w:trPr>
        <w:tc>
          <w:tcPr>
            <w:tcW w:w="351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8C95D3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Матични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број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:</w:t>
            </w:r>
          </w:p>
        </w:tc>
        <w:tc>
          <w:tcPr>
            <w:tcW w:w="6633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5CA080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07F36" w:rsidRPr="00963169" w14:paraId="60D421AA" w14:textId="77777777" w:rsidTr="008D4ACA">
        <w:trPr>
          <w:cantSplit/>
          <w:trHeight w:val="22"/>
          <w:jc w:val="center"/>
        </w:trPr>
        <w:tc>
          <w:tcPr>
            <w:tcW w:w="351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963384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ПИБ:</w:t>
            </w:r>
          </w:p>
        </w:tc>
        <w:tc>
          <w:tcPr>
            <w:tcW w:w="6633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432AF7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07F36" w:rsidRPr="00041698" w14:paraId="2CAAAF21" w14:textId="77777777" w:rsidTr="008D4ACA">
        <w:trPr>
          <w:cantSplit/>
          <w:trHeight w:val="22"/>
          <w:jc w:val="center"/>
        </w:trPr>
        <w:tc>
          <w:tcPr>
            <w:tcW w:w="351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1C7217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  <w:lang w:val="ru-RU"/>
              </w:rPr>
              <w:t>Број рачуна за текуће наменске трансфере од АП Војводине:</w:t>
            </w:r>
          </w:p>
        </w:tc>
        <w:tc>
          <w:tcPr>
            <w:tcW w:w="6633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51B571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</w:tr>
      <w:tr w:rsidR="00807F36" w:rsidRPr="00963169" w14:paraId="2F4FC1D4" w14:textId="77777777" w:rsidTr="008D4ACA">
        <w:trPr>
          <w:cantSplit/>
          <w:trHeight w:val="22"/>
          <w:jc w:val="center"/>
        </w:trPr>
        <w:tc>
          <w:tcPr>
            <w:tcW w:w="351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0D613A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Позив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на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број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:</w:t>
            </w:r>
          </w:p>
        </w:tc>
        <w:tc>
          <w:tcPr>
            <w:tcW w:w="6633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57B88D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07F36" w:rsidRPr="00041698" w14:paraId="5F40CC46" w14:textId="77777777" w:rsidTr="008D4ACA">
        <w:trPr>
          <w:cantSplit/>
          <w:trHeight w:val="22"/>
          <w:jc w:val="center"/>
        </w:trPr>
        <w:tc>
          <w:tcPr>
            <w:tcW w:w="351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CBBC3B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  <w:lang w:val="ru-RU"/>
              </w:rPr>
              <w:t>Име и презиме овлашћеног лица:</w:t>
            </w:r>
          </w:p>
        </w:tc>
        <w:tc>
          <w:tcPr>
            <w:tcW w:w="6633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00F196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</w:tr>
      <w:tr w:rsidR="00807F36" w:rsidRPr="00963169" w14:paraId="78C70148" w14:textId="77777777" w:rsidTr="008D4ACA">
        <w:trPr>
          <w:cantSplit/>
          <w:trHeight w:val="22"/>
          <w:jc w:val="center"/>
        </w:trPr>
        <w:tc>
          <w:tcPr>
            <w:tcW w:w="351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E98FE4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Функција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овлашћеног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лица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:</w:t>
            </w:r>
          </w:p>
        </w:tc>
        <w:tc>
          <w:tcPr>
            <w:tcW w:w="6633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41FE56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07F36" w:rsidRPr="00041698" w14:paraId="63A5EDE2" w14:textId="77777777" w:rsidTr="008D4ACA">
        <w:trPr>
          <w:cantSplit/>
          <w:trHeight w:val="35"/>
          <w:jc w:val="center"/>
        </w:trPr>
        <w:tc>
          <w:tcPr>
            <w:tcW w:w="351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891169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  <w:lang w:val="ru-RU"/>
              </w:rPr>
              <w:t>Телефон и имејл овлашћеног лица:</w:t>
            </w:r>
          </w:p>
        </w:tc>
        <w:tc>
          <w:tcPr>
            <w:tcW w:w="6633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6D8C22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</w:tr>
      <w:tr w:rsidR="00807F36" w:rsidRPr="00963169" w14:paraId="5F88E442" w14:textId="77777777" w:rsidTr="008D4ACA">
        <w:trPr>
          <w:cantSplit/>
          <w:trHeight w:val="22"/>
          <w:jc w:val="center"/>
        </w:trPr>
        <w:tc>
          <w:tcPr>
            <w:tcW w:w="351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A3E8EA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Интернет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страница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 xml:space="preserve"> ЈЛС:</w:t>
            </w:r>
          </w:p>
        </w:tc>
        <w:tc>
          <w:tcPr>
            <w:tcW w:w="6633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2B55D6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</w:tbl>
    <w:p w14:paraId="21A99903" w14:textId="77777777" w:rsidR="00807F36" w:rsidRPr="00963169" w:rsidRDefault="00243611">
      <w:pPr>
        <w:pStyle w:val="FormSubsection"/>
        <w:keepLines/>
        <w:spacing w:after="60"/>
        <w:rPr>
          <w:rFonts w:asciiTheme="majorHAnsi" w:hAnsiTheme="majorHAnsi" w:cstheme="majorHAnsi"/>
          <w:lang w:val="ru-RU"/>
        </w:rPr>
      </w:pPr>
      <w:r w:rsidRPr="00963169">
        <w:rPr>
          <w:rFonts w:asciiTheme="majorHAnsi" w:hAnsiTheme="majorHAnsi" w:cstheme="majorHAnsi"/>
          <w:lang w:val="ru-RU"/>
        </w:rPr>
        <w:t>1.1. Контакт особа за припрему и достављање пријаве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15"/>
        <w:gridCol w:w="6633"/>
      </w:tblGrid>
      <w:tr w:rsidR="00807F36" w:rsidRPr="00963169" w14:paraId="30497027" w14:textId="77777777" w:rsidTr="008D4ACA">
        <w:trPr>
          <w:cantSplit/>
          <w:trHeight w:val="22"/>
          <w:jc w:val="center"/>
        </w:trPr>
        <w:tc>
          <w:tcPr>
            <w:tcW w:w="351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5FC430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Име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 xml:space="preserve"> и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презиме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:</w:t>
            </w:r>
          </w:p>
        </w:tc>
        <w:tc>
          <w:tcPr>
            <w:tcW w:w="6633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F60C7A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07F36" w:rsidRPr="00963169" w14:paraId="6FAA20EA" w14:textId="77777777" w:rsidTr="008D4ACA">
        <w:trPr>
          <w:cantSplit/>
          <w:trHeight w:val="22"/>
          <w:jc w:val="center"/>
        </w:trPr>
        <w:tc>
          <w:tcPr>
            <w:tcW w:w="351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604BC2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Радно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место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/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функција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:</w:t>
            </w:r>
          </w:p>
        </w:tc>
        <w:tc>
          <w:tcPr>
            <w:tcW w:w="6633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46FECE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07F36" w:rsidRPr="00963169" w14:paraId="3B4B6997" w14:textId="77777777" w:rsidTr="008D4ACA">
        <w:trPr>
          <w:cantSplit/>
          <w:trHeight w:val="22"/>
          <w:jc w:val="center"/>
        </w:trPr>
        <w:tc>
          <w:tcPr>
            <w:tcW w:w="351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BDA96A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Телефон:</w:t>
            </w:r>
          </w:p>
        </w:tc>
        <w:tc>
          <w:tcPr>
            <w:tcW w:w="6633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1943D0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07F36" w:rsidRPr="00963169" w14:paraId="2032A54D" w14:textId="77777777" w:rsidTr="008D4ACA">
        <w:trPr>
          <w:cantSplit/>
          <w:trHeight w:val="22"/>
          <w:jc w:val="center"/>
        </w:trPr>
        <w:tc>
          <w:tcPr>
            <w:tcW w:w="351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1E9654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Имејл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:</w:t>
            </w:r>
          </w:p>
        </w:tc>
        <w:tc>
          <w:tcPr>
            <w:tcW w:w="6633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79F180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</w:tbl>
    <w:p w14:paraId="51FC40BB" w14:textId="77777777" w:rsidR="00807F36" w:rsidRPr="00963169" w:rsidRDefault="00243611" w:rsidP="00FE7188">
      <w:pPr>
        <w:pStyle w:val="FormSection"/>
        <w:keepNext w:val="0"/>
        <w:keepLines/>
        <w:spacing w:before="160" w:after="100"/>
        <w:rPr>
          <w:rFonts w:asciiTheme="majorHAnsi" w:hAnsiTheme="majorHAnsi" w:cstheme="majorHAnsi"/>
          <w:lang w:val="ru-RU"/>
        </w:rPr>
      </w:pPr>
      <w:r w:rsidRPr="00963169">
        <w:rPr>
          <w:rFonts w:asciiTheme="majorHAnsi" w:hAnsiTheme="majorHAnsi" w:cstheme="majorHAnsi"/>
          <w:lang w:val="ru-RU"/>
        </w:rPr>
        <w:t>2.  ИНСТИТУЦИОНАЛНИ И ПЛАНСКИ ОКВИР ЗА РОДНУ РАВНОПРАВНОСТ</w:t>
      </w:r>
    </w:p>
    <w:p w14:paraId="554C23E5" w14:textId="77777777" w:rsidR="00807F36" w:rsidRPr="00963169" w:rsidRDefault="00243611">
      <w:pPr>
        <w:pStyle w:val="FormSubsection"/>
        <w:keepLines/>
        <w:spacing w:after="60"/>
        <w:rPr>
          <w:rFonts w:asciiTheme="majorHAnsi" w:hAnsiTheme="majorHAnsi" w:cstheme="majorHAnsi"/>
          <w:lang w:val="ru-RU"/>
        </w:rPr>
      </w:pPr>
      <w:r w:rsidRPr="00963169">
        <w:rPr>
          <w:rFonts w:asciiTheme="majorHAnsi" w:hAnsiTheme="majorHAnsi" w:cstheme="majorHAnsi"/>
          <w:lang w:val="ru-RU"/>
        </w:rPr>
        <w:t>2.1. Локални акциони план за родну равноправност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15"/>
        <w:gridCol w:w="6633"/>
      </w:tblGrid>
      <w:tr w:rsidR="00807F36" w:rsidRPr="00041698" w14:paraId="2713C59F" w14:textId="77777777" w:rsidTr="008D4ACA">
        <w:trPr>
          <w:cantSplit/>
          <w:trHeight w:val="22"/>
          <w:jc w:val="center"/>
        </w:trPr>
        <w:tc>
          <w:tcPr>
            <w:tcW w:w="351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09D97D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  <w:lang w:val="ru-RU"/>
              </w:rPr>
              <w:t>Пун назив локалног акционог плана:</w:t>
            </w:r>
          </w:p>
        </w:tc>
        <w:tc>
          <w:tcPr>
            <w:tcW w:w="6633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E96D52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</w:tr>
      <w:tr w:rsidR="00807F36" w:rsidRPr="00041698" w14:paraId="15664B14" w14:textId="77777777" w:rsidTr="008D4ACA">
        <w:trPr>
          <w:cantSplit/>
          <w:trHeight w:val="22"/>
          <w:jc w:val="center"/>
        </w:trPr>
        <w:tc>
          <w:tcPr>
            <w:tcW w:w="351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912EA4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  <w:lang w:val="ru-RU"/>
              </w:rPr>
              <w:t>Број и датум акта о усвајању:</w:t>
            </w:r>
          </w:p>
        </w:tc>
        <w:tc>
          <w:tcPr>
            <w:tcW w:w="6633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B7272A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</w:tr>
      <w:tr w:rsidR="00807F36" w:rsidRPr="00963169" w14:paraId="03625682" w14:textId="77777777" w:rsidTr="008D4ACA">
        <w:trPr>
          <w:cantSplit/>
          <w:trHeight w:val="22"/>
          <w:jc w:val="center"/>
        </w:trPr>
        <w:tc>
          <w:tcPr>
            <w:tcW w:w="351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5B096C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Период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важења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/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спровођења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:</w:t>
            </w:r>
          </w:p>
        </w:tc>
        <w:tc>
          <w:tcPr>
            <w:tcW w:w="6633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852ED5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07F36" w:rsidRPr="00041698" w14:paraId="3673E06A" w14:textId="77777777" w:rsidTr="008D4ACA">
        <w:trPr>
          <w:cantSplit/>
          <w:trHeight w:val="22"/>
          <w:jc w:val="center"/>
        </w:trPr>
        <w:tc>
          <w:tcPr>
            <w:tcW w:w="351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9D6462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  <w:lang w:val="ru-RU"/>
              </w:rPr>
              <w:t>Циљ, мера или активност ЛАП-а са којом је пројекат непосредно повезан:</w:t>
            </w:r>
          </w:p>
        </w:tc>
        <w:tc>
          <w:tcPr>
            <w:tcW w:w="6633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20F56B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i/>
                <w:color w:val="666666"/>
                <w:sz w:val="18"/>
                <w:lang w:val="ru-RU"/>
              </w:rPr>
              <w:t>навести тачну ознаку и назив</w:t>
            </w:r>
          </w:p>
        </w:tc>
      </w:tr>
    </w:tbl>
    <w:p w14:paraId="1675147B" w14:textId="77777777" w:rsidR="00807F36" w:rsidRPr="00963169" w:rsidRDefault="00243611">
      <w:pPr>
        <w:pStyle w:val="FormSubsection"/>
        <w:keepLines/>
        <w:spacing w:after="60"/>
        <w:rPr>
          <w:rFonts w:asciiTheme="majorHAnsi" w:hAnsiTheme="majorHAnsi" w:cstheme="majorHAnsi"/>
          <w:lang w:val="ru-RU"/>
        </w:rPr>
      </w:pPr>
      <w:r w:rsidRPr="00963169">
        <w:rPr>
          <w:rFonts w:asciiTheme="majorHAnsi" w:hAnsiTheme="majorHAnsi" w:cstheme="majorHAnsi"/>
          <w:lang w:val="ru-RU"/>
        </w:rPr>
        <w:t>2.2. Тело или лице за родну равноправност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15"/>
        <w:gridCol w:w="6633"/>
      </w:tblGrid>
      <w:tr w:rsidR="00807F36" w:rsidRPr="00041698" w14:paraId="73AA6C0C" w14:textId="77777777" w:rsidTr="008D4ACA">
        <w:trPr>
          <w:cantSplit/>
          <w:trHeight w:val="22"/>
          <w:jc w:val="center"/>
        </w:trPr>
        <w:tc>
          <w:tcPr>
            <w:tcW w:w="351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9F8196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  <w:lang w:val="ru-RU"/>
              </w:rPr>
              <w:t>Назив тела / име и презиме одређеног лица:</w:t>
            </w:r>
          </w:p>
        </w:tc>
        <w:tc>
          <w:tcPr>
            <w:tcW w:w="6633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3B153C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</w:tr>
      <w:tr w:rsidR="00807F36" w:rsidRPr="00041698" w14:paraId="2F0B0C89" w14:textId="77777777" w:rsidTr="008D4ACA">
        <w:trPr>
          <w:cantSplit/>
          <w:trHeight w:val="22"/>
          <w:jc w:val="center"/>
        </w:trPr>
        <w:tc>
          <w:tcPr>
            <w:tcW w:w="351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FFEC9C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  <w:lang w:val="ru-RU"/>
              </w:rPr>
              <w:t>Број и датум акта о образовању/одређивању:</w:t>
            </w:r>
          </w:p>
        </w:tc>
        <w:tc>
          <w:tcPr>
            <w:tcW w:w="6633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251E5F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</w:tr>
      <w:tr w:rsidR="00807F36" w:rsidRPr="00041698" w14:paraId="551C2528" w14:textId="77777777" w:rsidTr="008D4ACA">
        <w:trPr>
          <w:cantSplit/>
          <w:trHeight w:val="22"/>
          <w:jc w:val="center"/>
        </w:trPr>
        <w:tc>
          <w:tcPr>
            <w:tcW w:w="351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ECBE6F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  <w:lang w:val="ru-RU"/>
              </w:rPr>
              <w:lastRenderedPageBreak/>
              <w:t>Име и презиме контакт особе:</w:t>
            </w:r>
          </w:p>
        </w:tc>
        <w:tc>
          <w:tcPr>
            <w:tcW w:w="6633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5279EB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</w:tr>
      <w:tr w:rsidR="00807F36" w:rsidRPr="00963169" w14:paraId="5D32EE65" w14:textId="77777777" w:rsidTr="008D4ACA">
        <w:trPr>
          <w:cantSplit/>
          <w:trHeight w:val="22"/>
          <w:jc w:val="center"/>
        </w:trPr>
        <w:tc>
          <w:tcPr>
            <w:tcW w:w="351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CA41E1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 xml:space="preserve">Телефон и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имејл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:</w:t>
            </w:r>
          </w:p>
        </w:tc>
        <w:tc>
          <w:tcPr>
            <w:tcW w:w="6633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4E201D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07F36" w:rsidRPr="00041698" w14:paraId="0169ED34" w14:textId="77777777" w:rsidTr="008D4ACA">
        <w:trPr>
          <w:cantSplit/>
          <w:trHeight w:val="44"/>
          <w:jc w:val="center"/>
        </w:trPr>
        <w:tc>
          <w:tcPr>
            <w:tcW w:w="351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F08E42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  <w:lang w:val="ru-RU"/>
              </w:rPr>
              <w:t>Улога у припреми и реализацији пројекта:</w:t>
            </w:r>
          </w:p>
        </w:tc>
        <w:tc>
          <w:tcPr>
            <w:tcW w:w="6633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8E2D39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i/>
                <w:color w:val="666666"/>
                <w:sz w:val="18"/>
                <w:lang w:val="ru-RU"/>
              </w:rPr>
              <w:t>описати конкретне задатке и одговорности</w:t>
            </w:r>
          </w:p>
        </w:tc>
      </w:tr>
    </w:tbl>
    <w:p w14:paraId="57BDA35B" w14:textId="77777777" w:rsidR="00807F36" w:rsidRPr="00963169" w:rsidRDefault="00243611">
      <w:pPr>
        <w:pStyle w:val="FormSection"/>
        <w:keepLines/>
        <w:spacing w:before="160" w:after="100"/>
        <w:rPr>
          <w:rFonts w:asciiTheme="majorHAnsi" w:hAnsiTheme="majorHAnsi" w:cstheme="majorHAnsi"/>
        </w:rPr>
      </w:pPr>
      <w:r w:rsidRPr="00963169">
        <w:rPr>
          <w:rFonts w:asciiTheme="majorHAnsi" w:hAnsiTheme="majorHAnsi" w:cstheme="majorHAnsi"/>
        </w:rPr>
        <w:t>3.  ОСНОВНИ ПОДАЦИ О ПРОЈЕКТУ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30"/>
        <w:gridCol w:w="1440"/>
        <w:gridCol w:w="3420"/>
        <w:gridCol w:w="1958"/>
      </w:tblGrid>
      <w:tr w:rsidR="00807F36" w:rsidRPr="00963169" w14:paraId="67068D17" w14:textId="77777777" w:rsidTr="008D4ACA">
        <w:trPr>
          <w:cantSplit/>
          <w:trHeight w:val="22"/>
          <w:jc w:val="center"/>
        </w:trPr>
        <w:tc>
          <w:tcPr>
            <w:tcW w:w="333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30AE22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Назив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пројекта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:</w:t>
            </w:r>
          </w:p>
        </w:tc>
        <w:tc>
          <w:tcPr>
            <w:tcW w:w="6818" w:type="dxa"/>
            <w:gridSpan w:val="3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9505A6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07F36" w:rsidRPr="00963169" w14:paraId="37420099" w14:textId="77777777" w:rsidTr="008D4ACA">
        <w:trPr>
          <w:cantSplit/>
          <w:trHeight w:val="22"/>
          <w:jc w:val="center"/>
        </w:trPr>
        <w:tc>
          <w:tcPr>
            <w:tcW w:w="333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5F98C1" w14:textId="1718B12A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Место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реализације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:</w:t>
            </w:r>
          </w:p>
        </w:tc>
        <w:tc>
          <w:tcPr>
            <w:tcW w:w="6818" w:type="dxa"/>
            <w:gridSpan w:val="3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73DF15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07F36" w:rsidRPr="00963169" w14:paraId="7742F6C8" w14:textId="77777777" w:rsidTr="008D4ACA">
        <w:trPr>
          <w:cantSplit/>
          <w:trHeight w:val="22"/>
          <w:jc w:val="center"/>
        </w:trPr>
        <w:tc>
          <w:tcPr>
            <w:tcW w:w="333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1DB5F6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Планирани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датум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почетка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:</w:t>
            </w:r>
          </w:p>
        </w:tc>
        <w:tc>
          <w:tcPr>
            <w:tcW w:w="144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DA8A0A" w14:textId="77777777" w:rsidR="00807F36" w:rsidRPr="00041698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42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EE7C39" w14:textId="77777777" w:rsidR="00807F36" w:rsidRPr="00041698" w:rsidRDefault="00243611">
            <w:pPr>
              <w:spacing w:after="0" w:line="240" w:lineRule="auto"/>
              <w:rPr>
                <w:rFonts w:asciiTheme="majorHAnsi" w:hAnsiTheme="majorHAnsi" w:cstheme="majorHAnsi"/>
              </w:rPr>
            </w:pPr>
            <w:proofErr w:type="spellStart"/>
            <w:r w:rsidRPr="00041698">
              <w:rPr>
                <w:rFonts w:asciiTheme="majorHAnsi" w:hAnsiTheme="majorHAnsi" w:cstheme="majorHAnsi"/>
                <w:b/>
                <w:color w:val="000000"/>
                <w:sz w:val="17"/>
              </w:rPr>
              <w:t>Планирани</w:t>
            </w:r>
            <w:proofErr w:type="spellEnd"/>
            <w:r w:rsidRPr="00041698">
              <w:rPr>
                <w:rFonts w:asciiTheme="majorHAnsi" w:hAnsiTheme="majorHAnsi" w:cstheme="majorHAnsi"/>
                <w:b/>
                <w:color w:val="000000"/>
                <w:sz w:val="17"/>
              </w:rPr>
              <w:t xml:space="preserve"> </w:t>
            </w:r>
            <w:proofErr w:type="spellStart"/>
            <w:r w:rsidRPr="00041698">
              <w:rPr>
                <w:rFonts w:asciiTheme="majorHAnsi" w:hAnsiTheme="majorHAnsi" w:cstheme="majorHAnsi"/>
                <w:b/>
                <w:color w:val="000000"/>
                <w:sz w:val="17"/>
              </w:rPr>
              <w:t>датум</w:t>
            </w:r>
            <w:proofErr w:type="spellEnd"/>
            <w:r w:rsidRPr="00041698">
              <w:rPr>
                <w:rFonts w:asciiTheme="majorHAnsi" w:hAnsiTheme="majorHAnsi" w:cstheme="majorHAnsi"/>
                <w:b/>
                <w:color w:val="000000"/>
                <w:sz w:val="17"/>
              </w:rPr>
              <w:t xml:space="preserve"> </w:t>
            </w:r>
            <w:proofErr w:type="spellStart"/>
            <w:r w:rsidRPr="00041698">
              <w:rPr>
                <w:rFonts w:asciiTheme="majorHAnsi" w:hAnsiTheme="majorHAnsi" w:cstheme="majorHAnsi"/>
                <w:b/>
                <w:color w:val="000000"/>
                <w:sz w:val="17"/>
              </w:rPr>
              <w:t>завршетка</w:t>
            </w:r>
            <w:proofErr w:type="spellEnd"/>
            <w:r w:rsidRPr="00041698">
              <w:rPr>
                <w:rFonts w:asciiTheme="majorHAnsi" w:hAnsiTheme="majorHAnsi" w:cstheme="majorHAnsi"/>
                <w:b/>
                <w:color w:val="000000"/>
                <w:sz w:val="17"/>
              </w:rPr>
              <w:t xml:space="preserve"> (</w:t>
            </w:r>
            <w:proofErr w:type="spellStart"/>
            <w:r w:rsidRPr="00041698">
              <w:rPr>
                <w:rFonts w:asciiTheme="majorHAnsi" w:hAnsiTheme="majorHAnsi" w:cstheme="majorHAnsi"/>
                <w:b/>
                <w:color w:val="000000"/>
                <w:sz w:val="17"/>
              </w:rPr>
              <w:t>најкасније</w:t>
            </w:r>
            <w:proofErr w:type="spellEnd"/>
            <w:r w:rsidRPr="00041698">
              <w:rPr>
                <w:rFonts w:asciiTheme="majorHAnsi" w:hAnsiTheme="majorHAnsi" w:cstheme="majorHAnsi"/>
                <w:b/>
                <w:color w:val="000000"/>
                <w:sz w:val="17"/>
              </w:rPr>
              <w:t xml:space="preserve"> 1.10.2027):</w:t>
            </w:r>
          </w:p>
        </w:tc>
        <w:tc>
          <w:tcPr>
            <w:tcW w:w="195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206155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07F36" w:rsidRPr="00041698" w14:paraId="5A55C6B5" w14:textId="77777777" w:rsidTr="008D4ACA">
        <w:trPr>
          <w:cantSplit/>
          <w:trHeight w:val="22"/>
          <w:jc w:val="center"/>
        </w:trPr>
        <w:tc>
          <w:tcPr>
            <w:tcW w:w="333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024EFD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Укупна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вредност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пројекта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 xml:space="preserve"> (РСД):</w:t>
            </w:r>
          </w:p>
        </w:tc>
        <w:tc>
          <w:tcPr>
            <w:tcW w:w="144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9D3552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42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137CD5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  <w:lang w:val="ru-RU"/>
              </w:rPr>
              <w:t>Износ који се тражи од Завода (РСД):</w:t>
            </w:r>
          </w:p>
        </w:tc>
        <w:tc>
          <w:tcPr>
            <w:tcW w:w="195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A8BC89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</w:tr>
      <w:tr w:rsidR="00807F36" w:rsidRPr="00963169" w14:paraId="51477AD2" w14:textId="77777777" w:rsidTr="008D4ACA">
        <w:trPr>
          <w:cantSplit/>
          <w:trHeight w:val="22"/>
          <w:jc w:val="center"/>
        </w:trPr>
        <w:tc>
          <w:tcPr>
            <w:tcW w:w="333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B5002C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Суфинансирање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 xml:space="preserve"> ЈЛС (РСД):</w:t>
            </w:r>
          </w:p>
        </w:tc>
        <w:tc>
          <w:tcPr>
            <w:tcW w:w="144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D45978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42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79475C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Суфинансирање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партнера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 xml:space="preserve"> (РСД):</w:t>
            </w:r>
          </w:p>
        </w:tc>
        <w:tc>
          <w:tcPr>
            <w:tcW w:w="195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B34414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07F36" w:rsidRPr="00963169" w14:paraId="6A1BA5D4" w14:textId="77777777" w:rsidTr="008D4ACA">
        <w:trPr>
          <w:cantSplit/>
          <w:trHeight w:val="22"/>
          <w:jc w:val="center"/>
        </w:trPr>
        <w:tc>
          <w:tcPr>
            <w:tcW w:w="333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3FB609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  <w:lang w:val="ru-RU"/>
              </w:rPr>
              <w:t>Други извори – извор и износ (РСД):</w:t>
            </w:r>
          </w:p>
        </w:tc>
        <w:tc>
          <w:tcPr>
            <w:tcW w:w="144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3758C1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  <w:tc>
          <w:tcPr>
            <w:tcW w:w="342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54A3A7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Укупан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проценат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суфинансирања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:</w:t>
            </w:r>
          </w:p>
        </w:tc>
        <w:tc>
          <w:tcPr>
            <w:tcW w:w="195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1718B5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</w:tbl>
    <w:p w14:paraId="41B59A32" w14:textId="38CFC931" w:rsidR="00807F36" w:rsidRPr="00963169" w:rsidRDefault="00243611">
      <w:pPr>
        <w:pStyle w:val="FormSubsection"/>
        <w:keepLines/>
        <w:spacing w:after="60"/>
        <w:rPr>
          <w:rFonts w:asciiTheme="majorHAnsi" w:hAnsiTheme="majorHAnsi" w:cstheme="majorHAnsi"/>
          <w:lang w:val="sr-Cyrl-RS"/>
        </w:rPr>
      </w:pPr>
      <w:r w:rsidRPr="00963169">
        <w:rPr>
          <w:rFonts w:asciiTheme="majorHAnsi" w:hAnsiTheme="majorHAnsi" w:cstheme="majorHAnsi"/>
        </w:rPr>
        <w:t xml:space="preserve">3.1. </w:t>
      </w:r>
      <w:proofErr w:type="spellStart"/>
      <w:r w:rsidR="006931B6" w:rsidRPr="00963169">
        <w:rPr>
          <w:rFonts w:asciiTheme="majorHAnsi" w:hAnsiTheme="majorHAnsi" w:cstheme="majorHAnsi"/>
        </w:rPr>
        <w:t>Чланo</w:t>
      </w:r>
      <w:proofErr w:type="spellEnd"/>
      <w:r w:rsidR="006931B6" w:rsidRPr="00963169">
        <w:rPr>
          <w:rFonts w:asciiTheme="majorHAnsi" w:hAnsiTheme="majorHAnsi" w:cstheme="majorHAnsi"/>
          <w:lang w:val="sr-Cyrl-RS"/>
        </w:rPr>
        <w:t>ви</w:t>
      </w:r>
      <w:r w:rsidR="006931B6" w:rsidRPr="00963169">
        <w:rPr>
          <w:rFonts w:asciiTheme="majorHAnsi" w:hAnsiTheme="majorHAnsi" w:cstheme="majorHAnsi"/>
        </w:rPr>
        <w:t xml:space="preserve"> </w:t>
      </w:r>
      <w:proofErr w:type="spellStart"/>
      <w:r w:rsidR="006931B6" w:rsidRPr="00963169">
        <w:rPr>
          <w:rFonts w:asciiTheme="majorHAnsi" w:hAnsiTheme="majorHAnsi" w:cstheme="majorHAnsi"/>
        </w:rPr>
        <w:t>пројектног</w:t>
      </w:r>
      <w:proofErr w:type="spellEnd"/>
      <w:r w:rsidR="006931B6" w:rsidRPr="00963169">
        <w:rPr>
          <w:rFonts w:asciiTheme="majorHAnsi" w:hAnsiTheme="majorHAnsi" w:cstheme="majorHAnsi"/>
        </w:rPr>
        <w:t xml:space="preserve"> </w:t>
      </w:r>
      <w:proofErr w:type="spellStart"/>
      <w:r w:rsidR="006931B6" w:rsidRPr="00963169">
        <w:rPr>
          <w:rFonts w:asciiTheme="majorHAnsi" w:hAnsiTheme="majorHAnsi" w:cstheme="majorHAnsi"/>
        </w:rPr>
        <w:t>тима</w:t>
      </w:r>
      <w:proofErr w:type="spellEnd"/>
    </w:p>
    <w:p w14:paraId="0EF49891" w14:textId="674889C7" w:rsidR="006931B6" w:rsidRPr="00963169" w:rsidRDefault="006931B6">
      <w:pPr>
        <w:pStyle w:val="FormSubsection"/>
        <w:keepLines/>
        <w:spacing w:after="60"/>
        <w:rPr>
          <w:rFonts w:asciiTheme="majorHAnsi" w:hAnsiTheme="majorHAnsi" w:cstheme="majorHAnsi"/>
          <w:b w:val="0"/>
          <w:bCs/>
          <w:color w:val="808080" w:themeColor="background1" w:themeShade="80"/>
          <w:sz w:val="18"/>
          <w:szCs w:val="18"/>
          <w:lang w:val="sr-Cyrl-RS"/>
        </w:rPr>
      </w:pPr>
      <w:r w:rsidRPr="00963169">
        <w:rPr>
          <w:rFonts w:asciiTheme="majorHAnsi" w:hAnsiTheme="majorHAnsi" w:cstheme="majorHAnsi"/>
          <w:b w:val="0"/>
          <w:bCs/>
          <w:i/>
          <w:color w:val="808080" w:themeColor="background1" w:themeShade="80"/>
          <w:sz w:val="18"/>
          <w:szCs w:val="18"/>
          <w:lang w:val="ru-RU"/>
        </w:rPr>
        <w:t xml:space="preserve">Уколико има више </w:t>
      </w:r>
      <w:r w:rsidR="003E3BC4" w:rsidRPr="00963169">
        <w:rPr>
          <w:rFonts w:asciiTheme="majorHAnsi" w:hAnsiTheme="majorHAnsi" w:cstheme="majorHAnsi"/>
          <w:b w:val="0"/>
          <w:bCs/>
          <w:i/>
          <w:color w:val="808080" w:themeColor="background1" w:themeShade="80"/>
          <w:sz w:val="18"/>
          <w:szCs w:val="18"/>
          <w:lang w:val="ru-RU"/>
        </w:rPr>
        <w:t>ч</w:t>
      </w:r>
      <w:r w:rsidRPr="00963169">
        <w:rPr>
          <w:rFonts w:asciiTheme="majorHAnsi" w:hAnsiTheme="majorHAnsi" w:cstheme="majorHAnsi"/>
          <w:b w:val="0"/>
          <w:bCs/>
          <w:i/>
          <w:color w:val="808080" w:themeColor="background1" w:themeShade="80"/>
          <w:sz w:val="18"/>
          <w:szCs w:val="18"/>
          <w:lang w:val="ru-RU"/>
        </w:rPr>
        <w:t>ланова пројектног тима, додати редове</w:t>
      </w:r>
    </w:p>
    <w:tbl>
      <w:tblPr>
        <w:tblW w:w="10237" w:type="dxa"/>
        <w:jc w:val="center"/>
        <w:tblLayout w:type="fixed"/>
        <w:tblLook w:val="04A0" w:firstRow="1" w:lastRow="0" w:firstColumn="1" w:lastColumn="0" w:noHBand="0" w:noVBand="1"/>
      </w:tblPr>
      <w:tblGrid>
        <w:gridCol w:w="1582"/>
        <w:gridCol w:w="2304"/>
        <w:gridCol w:w="2504"/>
        <w:gridCol w:w="1911"/>
        <w:gridCol w:w="1936"/>
      </w:tblGrid>
      <w:tr w:rsidR="006931B6" w:rsidRPr="00963169" w14:paraId="65382829" w14:textId="77777777" w:rsidTr="006931B6">
        <w:trPr>
          <w:cantSplit/>
          <w:trHeight w:val="332"/>
          <w:jc w:val="center"/>
        </w:trPr>
        <w:tc>
          <w:tcPr>
            <w:tcW w:w="1582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F143BD" w14:textId="1457E94B" w:rsidR="006931B6" w:rsidRPr="00963169" w:rsidRDefault="006931B6" w:rsidP="006931B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sr-Cyrl-RS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  <w:szCs w:val="17"/>
              </w:rPr>
              <w:t>Име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  <w:szCs w:val="17"/>
              </w:rPr>
              <w:t xml:space="preserve"> и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  <w:szCs w:val="17"/>
              </w:rPr>
              <w:t>презиме</w:t>
            </w:r>
            <w:proofErr w:type="spellEnd"/>
          </w:p>
        </w:tc>
        <w:tc>
          <w:tcPr>
            <w:tcW w:w="230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C05EF0" w14:textId="57726BF2" w:rsidR="006931B6" w:rsidRPr="00963169" w:rsidRDefault="006931B6" w:rsidP="006931B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ru-RU"/>
              </w:rPr>
            </w:pPr>
            <w:r w:rsidRPr="00963169">
              <w:rPr>
                <w:rFonts w:asciiTheme="majorHAnsi" w:hAnsiTheme="majorHAnsi" w:cstheme="majorHAnsi"/>
                <w:b/>
                <w:sz w:val="17"/>
                <w:szCs w:val="17"/>
                <w:lang w:val="ru-RU"/>
              </w:rPr>
              <w:t>Улога на пројекту</w:t>
            </w:r>
          </w:p>
        </w:tc>
        <w:tc>
          <w:tcPr>
            <w:tcW w:w="250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vAlign w:val="center"/>
          </w:tcPr>
          <w:p w14:paraId="4388EA6F" w14:textId="77777777" w:rsidR="006931B6" w:rsidRPr="00963169" w:rsidRDefault="006931B6" w:rsidP="006931B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/>
                <w:sz w:val="17"/>
                <w:szCs w:val="17"/>
                <w:lang w:val="ru-RU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  <w:szCs w:val="17"/>
                <w:lang w:val="ru-RU"/>
              </w:rPr>
              <w:t>Организација/</w:t>
            </w:r>
          </w:p>
          <w:p w14:paraId="5AD69DC3" w14:textId="0B9D9A72" w:rsidR="006931B6" w:rsidRPr="00963169" w:rsidRDefault="006931B6" w:rsidP="006931B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/>
                <w:sz w:val="17"/>
                <w:szCs w:val="17"/>
                <w:lang w:val="sr-Cyrl-RS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  <w:szCs w:val="17"/>
                <w:lang w:val="ru-RU"/>
              </w:rPr>
              <w:t>институција</w:t>
            </w:r>
          </w:p>
        </w:tc>
        <w:tc>
          <w:tcPr>
            <w:tcW w:w="191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5771BB" w14:textId="23890B9E" w:rsidR="006931B6" w:rsidRPr="00963169" w:rsidRDefault="006931B6" w:rsidP="006931B6">
            <w:pPr>
              <w:spacing w:after="0"/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  <w:szCs w:val="17"/>
                <w:lang w:val="sr-Cyrl-RS"/>
              </w:rPr>
              <w:t>Релевантно искуство</w:t>
            </w:r>
          </w:p>
        </w:tc>
        <w:tc>
          <w:tcPr>
            <w:tcW w:w="1936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CD9E21" w14:textId="383AC3BB" w:rsidR="006931B6" w:rsidRPr="00963169" w:rsidRDefault="006931B6" w:rsidP="006931B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sr-Cyrl-RS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  <w:szCs w:val="17"/>
              </w:rPr>
              <w:t>Телефон</w:t>
            </w:r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  <w:szCs w:val="17"/>
                <w:lang w:val="sr-Cyrl-RS"/>
              </w:rPr>
              <w:t xml:space="preserve"> и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  <w:szCs w:val="17"/>
              </w:rPr>
              <w:t>Имејл</w:t>
            </w:r>
            <w:proofErr w:type="spellEnd"/>
          </w:p>
        </w:tc>
      </w:tr>
      <w:tr w:rsidR="006931B6" w:rsidRPr="00963169" w14:paraId="0D8A0F58" w14:textId="77777777" w:rsidTr="006931B6">
        <w:trPr>
          <w:cantSplit/>
          <w:trHeight w:val="22"/>
          <w:jc w:val="center"/>
        </w:trPr>
        <w:tc>
          <w:tcPr>
            <w:tcW w:w="1582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69945F" w14:textId="77777777" w:rsidR="006931B6" w:rsidRPr="00963169" w:rsidRDefault="006931B6">
            <w:pPr>
              <w:spacing w:after="0" w:line="240" w:lineRule="auto"/>
              <w:rPr>
                <w:rFonts w:asciiTheme="majorHAnsi" w:hAnsiTheme="majorHAnsi" w:cstheme="majorHAnsi"/>
                <w:b/>
                <w:color w:val="000000"/>
                <w:sz w:val="17"/>
              </w:rPr>
            </w:pPr>
          </w:p>
        </w:tc>
        <w:tc>
          <w:tcPr>
            <w:tcW w:w="230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6DD46F" w14:textId="77777777" w:rsidR="006931B6" w:rsidRPr="00963169" w:rsidRDefault="006931B6">
            <w:pPr>
              <w:spacing w:after="0" w:line="240" w:lineRule="auto"/>
              <w:rPr>
                <w:rFonts w:asciiTheme="majorHAnsi" w:hAnsiTheme="majorHAnsi" w:cstheme="majorHAnsi"/>
                <w:b/>
                <w:color w:val="000000"/>
                <w:sz w:val="17"/>
              </w:rPr>
            </w:pPr>
          </w:p>
        </w:tc>
        <w:tc>
          <w:tcPr>
            <w:tcW w:w="250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FFFFF" w:themeFill="background1"/>
          </w:tcPr>
          <w:p w14:paraId="21A7F251" w14:textId="77777777" w:rsidR="006931B6" w:rsidRPr="00963169" w:rsidRDefault="006931B6">
            <w:pPr>
              <w:spacing w:after="0" w:line="240" w:lineRule="auto"/>
              <w:rPr>
                <w:rFonts w:asciiTheme="majorHAnsi" w:hAnsiTheme="majorHAnsi" w:cstheme="majorHAnsi"/>
                <w:b/>
                <w:color w:val="000000"/>
                <w:sz w:val="17"/>
              </w:rPr>
            </w:pPr>
          </w:p>
        </w:tc>
        <w:tc>
          <w:tcPr>
            <w:tcW w:w="191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7B6A96" w14:textId="766F29EA" w:rsidR="006931B6" w:rsidRPr="00963169" w:rsidRDefault="006931B6">
            <w:pPr>
              <w:spacing w:after="0" w:line="240" w:lineRule="auto"/>
              <w:rPr>
                <w:rFonts w:asciiTheme="majorHAnsi" w:hAnsiTheme="majorHAnsi" w:cstheme="majorHAnsi"/>
                <w:b/>
                <w:color w:val="000000"/>
                <w:sz w:val="17"/>
              </w:rPr>
            </w:pPr>
          </w:p>
        </w:tc>
        <w:tc>
          <w:tcPr>
            <w:tcW w:w="1936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B4C22E" w14:textId="77777777" w:rsidR="006931B6" w:rsidRPr="00963169" w:rsidRDefault="006931B6">
            <w:pPr>
              <w:spacing w:after="0" w:line="240" w:lineRule="auto"/>
              <w:rPr>
                <w:rFonts w:asciiTheme="majorHAnsi" w:hAnsiTheme="majorHAnsi" w:cstheme="majorHAnsi"/>
                <w:b/>
                <w:color w:val="000000"/>
                <w:sz w:val="17"/>
              </w:rPr>
            </w:pPr>
          </w:p>
        </w:tc>
      </w:tr>
    </w:tbl>
    <w:p w14:paraId="047B5207" w14:textId="77777777" w:rsidR="008D4ACA" w:rsidRPr="00963169" w:rsidRDefault="008D4ACA" w:rsidP="00FE7188">
      <w:pPr>
        <w:pStyle w:val="FormSection"/>
        <w:keepNext w:val="0"/>
        <w:keepLines/>
        <w:spacing w:before="160" w:after="100"/>
        <w:rPr>
          <w:rFonts w:asciiTheme="majorHAnsi" w:hAnsiTheme="majorHAnsi" w:cstheme="majorHAnsi"/>
          <w:lang w:val="ru-RU"/>
        </w:rPr>
      </w:pPr>
      <w:r w:rsidRPr="00963169">
        <w:rPr>
          <w:rFonts w:asciiTheme="majorHAnsi" w:hAnsiTheme="majorHAnsi" w:cstheme="majorHAnsi"/>
          <w:lang w:val="ru-RU"/>
        </w:rPr>
        <w:t>4.  ЛОКАЛНО ПАРТНЕРСТВО</w:t>
      </w:r>
    </w:p>
    <w:p w14:paraId="0A068CB8" w14:textId="77777777" w:rsidR="008D4ACA" w:rsidRPr="00963169" w:rsidRDefault="008D4ACA" w:rsidP="008D4ACA">
      <w:pPr>
        <w:pStyle w:val="FormNote"/>
        <w:ind w:left="85" w:right="85"/>
        <w:jc w:val="both"/>
        <w:rPr>
          <w:rFonts w:asciiTheme="majorHAnsi" w:hAnsiTheme="majorHAnsi" w:cstheme="majorHAnsi"/>
          <w:lang w:val="ru-RU"/>
        </w:rPr>
      </w:pPr>
      <w:r w:rsidRPr="00963169">
        <w:rPr>
          <w:rFonts w:asciiTheme="majorHAnsi" w:hAnsiTheme="majorHAnsi" w:cstheme="majorHAnsi"/>
          <w:i/>
          <w:lang w:val="ru-RU"/>
        </w:rPr>
        <w:t>За партнера приложити потписан споразум о сарадњи/партнерству. Уколико има више партнера, табелу копирати и додати потребан број страна.</w:t>
      </w:r>
    </w:p>
    <w:p w14:paraId="38512ED5" w14:textId="77777777" w:rsidR="008D4ACA" w:rsidRPr="00963169" w:rsidRDefault="008D4ACA" w:rsidP="008D4ACA">
      <w:pPr>
        <w:pStyle w:val="FormSubsection"/>
        <w:keepLines/>
        <w:spacing w:after="60"/>
        <w:rPr>
          <w:rFonts w:asciiTheme="majorHAnsi" w:hAnsiTheme="majorHAnsi" w:cstheme="majorHAnsi"/>
        </w:rPr>
      </w:pPr>
      <w:r w:rsidRPr="00963169">
        <w:rPr>
          <w:rFonts w:asciiTheme="majorHAnsi" w:hAnsiTheme="majorHAnsi" w:cstheme="majorHAnsi"/>
        </w:rPr>
        <w:t xml:space="preserve">4.1. </w:t>
      </w:r>
      <w:proofErr w:type="spellStart"/>
      <w:r w:rsidRPr="00963169">
        <w:rPr>
          <w:rFonts w:asciiTheme="majorHAnsi" w:hAnsiTheme="majorHAnsi" w:cstheme="majorHAnsi"/>
        </w:rPr>
        <w:t>Подаци</w:t>
      </w:r>
      <w:proofErr w:type="spellEnd"/>
      <w:r w:rsidRPr="00963169">
        <w:rPr>
          <w:rFonts w:asciiTheme="majorHAnsi" w:hAnsiTheme="majorHAnsi" w:cstheme="majorHAnsi"/>
        </w:rPr>
        <w:t xml:space="preserve"> о </w:t>
      </w:r>
      <w:proofErr w:type="spellStart"/>
      <w:r w:rsidRPr="00963169">
        <w:rPr>
          <w:rFonts w:asciiTheme="majorHAnsi" w:hAnsiTheme="majorHAnsi" w:cstheme="majorHAnsi"/>
        </w:rPr>
        <w:t>партнеру</w:t>
      </w:r>
      <w:proofErr w:type="spellEnd"/>
      <w:r w:rsidRPr="00963169">
        <w:rPr>
          <w:rFonts w:asciiTheme="majorHAnsi" w:hAnsiTheme="majorHAnsi" w:cstheme="majorHAnsi"/>
        </w:rPr>
        <w:t xml:space="preserve"> </w:t>
      </w:r>
      <w:proofErr w:type="spellStart"/>
      <w:r w:rsidRPr="00963169">
        <w:rPr>
          <w:rFonts w:asciiTheme="majorHAnsi" w:hAnsiTheme="majorHAnsi" w:cstheme="majorHAnsi"/>
        </w:rPr>
        <w:t>број</w:t>
      </w:r>
      <w:proofErr w:type="spellEnd"/>
      <w:r w:rsidRPr="00963169">
        <w:rPr>
          <w:rFonts w:asciiTheme="majorHAnsi" w:hAnsiTheme="majorHAnsi" w:cstheme="majorHAnsi"/>
        </w:rPr>
        <w:t xml:space="preserve"> 1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15"/>
        <w:gridCol w:w="6633"/>
      </w:tblGrid>
      <w:tr w:rsidR="008D4ACA" w:rsidRPr="00963169" w14:paraId="1AF14911" w14:textId="77777777" w:rsidTr="00164CEB">
        <w:trPr>
          <w:cantSplit/>
          <w:trHeight w:val="22"/>
          <w:jc w:val="center"/>
        </w:trPr>
        <w:tc>
          <w:tcPr>
            <w:tcW w:w="351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7E7FDE" w14:textId="77777777" w:rsidR="008D4ACA" w:rsidRPr="00963169" w:rsidRDefault="008D4ACA" w:rsidP="00164CEB">
            <w:pPr>
              <w:spacing w:after="0" w:line="240" w:lineRule="auto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Пун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назив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партнера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:</w:t>
            </w:r>
          </w:p>
        </w:tc>
        <w:tc>
          <w:tcPr>
            <w:tcW w:w="6633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FC1D00" w14:textId="77777777" w:rsidR="008D4ACA" w:rsidRPr="00963169" w:rsidRDefault="008D4ACA" w:rsidP="00164CEB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D4ACA" w:rsidRPr="00963169" w14:paraId="0EC55C0D" w14:textId="77777777" w:rsidTr="00164CEB">
        <w:trPr>
          <w:cantSplit/>
          <w:trHeight w:val="22"/>
          <w:jc w:val="center"/>
        </w:trPr>
        <w:tc>
          <w:tcPr>
            <w:tcW w:w="351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8CD044" w14:textId="77777777" w:rsidR="008D4ACA" w:rsidRPr="00963169" w:rsidRDefault="008D4ACA" w:rsidP="00164CEB">
            <w:pPr>
              <w:spacing w:after="0" w:line="240" w:lineRule="auto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Правни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статус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/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облик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организовања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:</w:t>
            </w:r>
          </w:p>
        </w:tc>
        <w:tc>
          <w:tcPr>
            <w:tcW w:w="6633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1E984B" w14:textId="77777777" w:rsidR="008D4ACA" w:rsidRPr="00963169" w:rsidRDefault="008D4ACA" w:rsidP="00164CEB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D4ACA" w:rsidRPr="00963169" w14:paraId="37852A1C" w14:textId="77777777" w:rsidTr="00164CEB">
        <w:trPr>
          <w:cantSplit/>
          <w:trHeight w:val="22"/>
          <w:jc w:val="center"/>
        </w:trPr>
        <w:tc>
          <w:tcPr>
            <w:tcW w:w="351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691A4A" w14:textId="77777777" w:rsidR="008D4ACA" w:rsidRPr="00963169" w:rsidRDefault="008D4ACA" w:rsidP="00164CEB">
            <w:pPr>
              <w:spacing w:after="0" w:line="240" w:lineRule="auto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Матични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број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 xml:space="preserve"> и ПИБ:</w:t>
            </w:r>
          </w:p>
        </w:tc>
        <w:tc>
          <w:tcPr>
            <w:tcW w:w="6633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22723C" w14:textId="77777777" w:rsidR="008D4ACA" w:rsidRPr="00963169" w:rsidRDefault="008D4ACA" w:rsidP="00164CEB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D4ACA" w:rsidRPr="00963169" w14:paraId="38CD7C1E" w14:textId="77777777" w:rsidTr="00164CEB">
        <w:trPr>
          <w:cantSplit/>
          <w:trHeight w:val="22"/>
          <w:jc w:val="center"/>
        </w:trPr>
        <w:tc>
          <w:tcPr>
            <w:tcW w:w="351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AD4480" w14:textId="77777777" w:rsidR="008D4ACA" w:rsidRPr="00963169" w:rsidRDefault="008D4ACA" w:rsidP="00164CEB">
            <w:pPr>
              <w:spacing w:after="0" w:line="240" w:lineRule="auto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Седиште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 xml:space="preserve"> и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адреса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</w:rPr>
              <w:t>:</w:t>
            </w:r>
          </w:p>
        </w:tc>
        <w:tc>
          <w:tcPr>
            <w:tcW w:w="6633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298B30" w14:textId="77777777" w:rsidR="008D4ACA" w:rsidRPr="00963169" w:rsidRDefault="008D4ACA" w:rsidP="00164CEB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D4ACA" w:rsidRPr="00041698" w14:paraId="636630AA" w14:textId="77777777" w:rsidTr="00164CEB">
        <w:trPr>
          <w:cantSplit/>
          <w:trHeight w:val="22"/>
          <w:jc w:val="center"/>
        </w:trPr>
        <w:tc>
          <w:tcPr>
            <w:tcW w:w="351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1F4FE8" w14:textId="77777777" w:rsidR="008D4ACA" w:rsidRPr="00963169" w:rsidRDefault="008D4ACA" w:rsidP="00164CEB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  <w:lang w:val="ru-RU"/>
              </w:rPr>
              <w:t>Име и презиме законског заступника:</w:t>
            </w:r>
          </w:p>
        </w:tc>
        <w:tc>
          <w:tcPr>
            <w:tcW w:w="6633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495C49" w14:textId="77777777" w:rsidR="008D4ACA" w:rsidRPr="00963169" w:rsidRDefault="008D4ACA" w:rsidP="00164CEB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</w:tr>
      <w:tr w:rsidR="008D4ACA" w:rsidRPr="00041698" w14:paraId="44D05BFD" w14:textId="77777777" w:rsidTr="00164CEB">
        <w:trPr>
          <w:cantSplit/>
          <w:trHeight w:val="22"/>
          <w:jc w:val="center"/>
        </w:trPr>
        <w:tc>
          <w:tcPr>
            <w:tcW w:w="351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65C2EC" w14:textId="77777777" w:rsidR="008D4ACA" w:rsidRPr="00963169" w:rsidRDefault="008D4ACA" w:rsidP="00164CEB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  <w:lang w:val="ru-RU"/>
              </w:rPr>
              <w:t>Контакт особа, телефон и имејл:</w:t>
            </w:r>
          </w:p>
        </w:tc>
        <w:tc>
          <w:tcPr>
            <w:tcW w:w="6633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F3B76A" w14:textId="77777777" w:rsidR="008D4ACA" w:rsidRPr="00963169" w:rsidRDefault="008D4ACA" w:rsidP="00164CEB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</w:tr>
      <w:tr w:rsidR="006931B6" w:rsidRPr="00041698" w14:paraId="7C010CD1" w14:textId="77777777" w:rsidTr="00164CEB">
        <w:trPr>
          <w:cantSplit/>
          <w:trHeight w:val="22"/>
          <w:jc w:val="center"/>
        </w:trPr>
        <w:tc>
          <w:tcPr>
            <w:tcW w:w="351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244157" w14:textId="6D1E5319" w:rsidR="006931B6" w:rsidRPr="00963169" w:rsidRDefault="006931B6" w:rsidP="00164CEB">
            <w:pPr>
              <w:spacing w:after="0" w:line="240" w:lineRule="auto"/>
              <w:rPr>
                <w:rFonts w:asciiTheme="majorHAnsi" w:hAnsiTheme="majorHAnsi" w:cstheme="majorHAnsi"/>
                <w:b/>
                <w:color w:val="000000"/>
                <w:sz w:val="18"/>
                <w:lang w:val="ru-RU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  <w:lang w:val="sr-Cyrl-RS"/>
              </w:rPr>
              <w:t xml:space="preserve">Поље </w:t>
            </w:r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  <w:lang w:val="ru-RU"/>
              </w:rPr>
              <w:t>деловања и број активних чланица;</w:t>
            </w:r>
          </w:p>
        </w:tc>
        <w:tc>
          <w:tcPr>
            <w:tcW w:w="6633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EB6150" w14:textId="77777777" w:rsidR="006931B6" w:rsidRPr="00963169" w:rsidRDefault="006931B6" w:rsidP="00164CEB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</w:tr>
      <w:tr w:rsidR="008D4ACA" w:rsidRPr="00041698" w14:paraId="709C0B7D" w14:textId="77777777" w:rsidTr="00164CEB">
        <w:trPr>
          <w:cantSplit/>
          <w:trHeight w:val="22"/>
          <w:jc w:val="center"/>
        </w:trPr>
        <w:tc>
          <w:tcPr>
            <w:tcW w:w="351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65C3C4" w14:textId="77777777" w:rsidR="008D4ACA" w:rsidRPr="00963169" w:rsidRDefault="008D4ACA" w:rsidP="00164CEB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  <w:lang w:val="ru-RU"/>
              </w:rPr>
              <w:t>Релевантно искуство и капацитети партнера:</w:t>
            </w:r>
          </w:p>
        </w:tc>
        <w:tc>
          <w:tcPr>
            <w:tcW w:w="6633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13FB4A" w14:textId="77777777" w:rsidR="008D4ACA" w:rsidRPr="00963169" w:rsidRDefault="008D4ACA" w:rsidP="00164CEB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i/>
                <w:color w:val="666666"/>
                <w:sz w:val="18"/>
                <w:lang w:val="ru-RU"/>
              </w:rPr>
              <w:t>навести искуство у раду са женама, економском оснаживању, предузетништву, локалном развоју и сл.</w:t>
            </w:r>
          </w:p>
        </w:tc>
      </w:tr>
      <w:tr w:rsidR="008D4ACA" w:rsidRPr="00041698" w14:paraId="5900CB77" w14:textId="77777777" w:rsidTr="00164CEB">
        <w:trPr>
          <w:cantSplit/>
          <w:trHeight w:val="22"/>
          <w:jc w:val="center"/>
        </w:trPr>
        <w:tc>
          <w:tcPr>
            <w:tcW w:w="351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71B0CC" w14:textId="77777777" w:rsidR="008D4ACA" w:rsidRPr="00963169" w:rsidRDefault="008D4ACA" w:rsidP="00164CEB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  <w:lang w:val="ru-RU"/>
              </w:rPr>
              <w:t>Улога и конкретне обавезе у пројекту:</w:t>
            </w:r>
          </w:p>
        </w:tc>
        <w:tc>
          <w:tcPr>
            <w:tcW w:w="6633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985BA5" w14:textId="77777777" w:rsidR="008D4ACA" w:rsidRPr="00963169" w:rsidRDefault="008D4ACA" w:rsidP="00164CEB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i/>
                <w:color w:val="666666"/>
                <w:sz w:val="18"/>
                <w:lang w:val="ru-RU"/>
              </w:rPr>
              <w:t>припрема, спровођење активности, праћење, извештавање, видљивост</w:t>
            </w:r>
          </w:p>
        </w:tc>
      </w:tr>
      <w:tr w:rsidR="008D4ACA" w:rsidRPr="00041698" w14:paraId="789F9B63" w14:textId="77777777" w:rsidTr="00164CEB">
        <w:trPr>
          <w:cantSplit/>
          <w:trHeight w:val="22"/>
          <w:jc w:val="center"/>
        </w:trPr>
        <w:tc>
          <w:tcPr>
            <w:tcW w:w="351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8A7E42" w14:textId="77777777" w:rsidR="008D4ACA" w:rsidRPr="00963169" w:rsidRDefault="008D4ACA" w:rsidP="00164CEB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8"/>
                <w:lang w:val="ru-RU"/>
              </w:rPr>
              <w:t>Финансијски и/или нефинансијски допринос:</w:t>
            </w:r>
          </w:p>
        </w:tc>
        <w:tc>
          <w:tcPr>
            <w:tcW w:w="6633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1A5E46" w14:textId="77777777" w:rsidR="008D4ACA" w:rsidRPr="00963169" w:rsidRDefault="008D4ACA" w:rsidP="00164CEB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i/>
                <w:color w:val="666666"/>
                <w:sz w:val="18"/>
                <w:lang w:val="ru-RU"/>
              </w:rPr>
              <w:t>износ средстава, простор, опрема, људски ресурси, мреже корисница и др.</w:t>
            </w:r>
          </w:p>
        </w:tc>
      </w:tr>
    </w:tbl>
    <w:p w14:paraId="1E191DD4" w14:textId="77777777" w:rsidR="00807F36" w:rsidRPr="00963169" w:rsidRDefault="00807F36">
      <w:pPr>
        <w:spacing w:after="20"/>
        <w:rPr>
          <w:rFonts w:asciiTheme="majorHAnsi" w:hAnsiTheme="majorHAnsi" w:cstheme="majorHAnsi"/>
          <w:lang w:val="ru-RU"/>
        </w:rPr>
      </w:pPr>
    </w:p>
    <w:p w14:paraId="449A010B" w14:textId="77777777" w:rsidR="00807F36" w:rsidRPr="00963169" w:rsidRDefault="008D4ACA">
      <w:pPr>
        <w:pStyle w:val="FormSubsection"/>
        <w:keepLines/>
        <w:spacing w:after="60"/>
        <w:rPr>
          <w:rFonts w:asciiTheme="majorHAnsi" w:hAnsiTheme="majorHAnsi" w:cstheme="majorHAnsi"/>
          <w:lang w:val="ru-RU"/>
        </w:rPr>
      </w:pPr>
      <w:r w:rsidRPr="00963169">
        <w:rPr>
          <w:rFonts w:asciiTheme="majorHAnsi" w:hAnsiTheme="majorHAnsi" w:cstheme="majorHAnsi"/>
          <w:lang w:val="ru-RU"/>
        </w:rPr>
        <w:t>4.2</w:t>
      </w:r>
      <w:r w:rsidR="00243611" w:rsidRPr="00963169">
        <w:rPr>
          <w:rFonts w:asciiTheme="majorHAnsi" w:hAnsiTheme="majorHAnsi" w:cstheme="majorHAnsi"/>
          <w:lang w:val="ru-RU"/>
        </w:rPr>
        <w:t>. Подела улога и механизам координације партнерства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807F36" w:rsidRPr="00041698" w14:paraId="63354375" w14:textId="77777777">
        <w:trPr>
          <w:cantSplit/>
          <w:jc w:val="center"/>
        </w:trPr>
        <w:tc>
          <w:tcPr>
            <w:tcW w:w="1014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26D138" w14:textId="77777777" w:rsidR="00807F36" w:rsidRPr="00963169" w:rsidRDefault="00243611" w:rsidP="007F4F68">
            <w:pPr>
              <w:spacing w:after="0" w:line="240" w:lineRule="auto"/>
              <w:jc w:val="both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9"/>
                <w:lang w:val="ru-RU"/>
              </w:rPr>
              <w:t>Описати начин доношења одлука, комуникације, координације активности, праћења резултата и решавања евентуалних проблема у партнерству.</w:t>
            </w:r>
          </w:p>
        </w:tc>
      </w:tr>
      <w:tr w:rsidR="00807F36" w:rsidRPr="00041698" w14:paraId="2FA42C5A" w14:textId="77777777" w:rsidTr="00EF3F9E">
        <w:trPr>
          <w:cantSplit/>
          <w:trHeight w:val="22"/>
          <w:jc w:val="center"/>
        </w:trPr>
        <w:tc>
          <w:tcPr>
            <w:tcW w:w="1014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69D1D9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</w:tr>
    </w:tbl>
    <w:p w14:paraId="48464D37" w14:textId="77777777" w:rsidR="00807F36" w:rsidRPr="00963169" w:rsidRDefault="008D4ACA">
      <w:pPr>
        <w:pStyle w:val="FormSubsection"/>
        <w:keepLines/>
        <w:spacing w:after="60"/>
        <w:rPr>
          <w:rFonts w:asciiTheme="majorHAnsi" w:hAnsiTheme="majorHAnsi" w:cstheme="majorHAnsi"/>
          <w:lang w:val="ru-RU"/>
        </w:rPr>
      </w:pPr>
      <w:r w:rsidRPr="00963169">
        <w:rPr>
          <w:rFonts w:asciiTheme="majorHAnsi" w:hAnsiTheme="majorHAnsi" w:cstheme="majorHAnsi"/>
          <w:lang w:val="ru-RU"/>
        </w:rPr>
        <w:lastRenderedPageBreak/>
        <w:t>4.3</w:t>
      </w:r>
      <w:r w:rsidR="00243611" w:rsidRPr="00963169">
        <w:rPr>
          <w:rFonts w:asciiTheme="majorHAnsi" w:hAnsiTheme="majorHAnsi" w:cstheme="majorHAnsi"/>
          <w:lang w:val="ru-RU"/>
        </w:rPr>
        <w:t>. Други релевантни актери у локалној заједници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3061"/>
        <w:gridCol w:w="3515"/>
        <w:gridCol w:w="3118"/>
      </w:tblGrid>
      <w:tr w:rsidR="00807F36" w:rsidRPr="00963169" w14:paraId="38D46B7B" w14:textId="77777777">
        <w:trPr>
          <w:cantSplit/>
          <w:tblHeader/>
          <w:jc w:val="center"/>
        </w:trPr>
        <w:tc>
          <w:tcPr>
            <w:tcW w:w="45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0D0CA0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Р.б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.</w:t>
            </w:r>
          </w:p>
        </w:tc>
        <w:tc>
          <w:tcPr>
            <w:tcW w:w="306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AA2134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Назив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институције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/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актера</w:t>
            </w:r>
            <w:proofErr w:type="spellEnd"/>
          </w:p>
        </w:tc>
        <w:tc>
          <w:tcPr>
            <w:tcW w:w="351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C8A1E1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Улога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 xml:space="preserve"> у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пројекту</w:t>
            </w:r>
            <w:proofErr w:type="spellEnd"/>
          </w:p>
        </w:tc>
        <w:tc>
          <w:tcPr>
            <w:tcW w:w="31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F7145A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Начин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 xml:space="preserve"> и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степен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укључивања</w:t>
            </w:r>
            <w:proofErr w:type="spellEnd"/>
          </w:p>
        </w:tc>
      </w:tr>
      <w:tr w:rsidR="00807F36" w:rsidRPr="00963169" w14:paraId="52ED8097" w14:textId="77777777" w:rsidTr="007F4F68">
        <w:trPr>
          <w:cantSplit/>
          <w:trHeight w:val="125"/>
          <w:jc w:val="center"/>
        </w:trPr>
        <w:tc>
          <w:tcPr>
            <w:tcW w:w="45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2C1CA8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8"/>
              </w:rPr>
              <w:t>1</w:t>
            </w:r>
          </w:p>
        </w:tc>
        <w:tc>
          <w:tcPr>
            <w:tcW w:w="306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54441A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51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C588F0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1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2343D1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07F36" w:rsidRPr="00963169" w14:paraId="00E8602D" w14:textId="77777777" w:rsidTr="007F4F68">
        <w:trPr>
          <w:cantSplit/>
          <w:trHeight w:val="206"/>
          <w:jc w:val="center"/>
        </w:trPr>
        <w:tc>
          <w:tcPr>
            <w:tcW w:w="45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6B0E9F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8"/>
              </w:rPr>
              <w:t>2</w:t>
            </w:r>
          </w:p>
        </w:tc>
        <w:tc>
          <w:tcPr>
            <w:tcW w:w="306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1CEDF0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51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E0D38D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1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208703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07F36" w:rsidRPr="00963169" w14:paraId="675F011A" w14:textId="77777777" w:rsidTr="007F4F68">
        <w:trPr>
          <w:cantSplit/>
          <w:trHeight w:val="22"/>
          <w:jc w:val="center"/>
        </w:trPr>
        <w:tc>
          <w:tcPr>
            <w:tcW w:w="45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BE48E8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8"/>
              </w:rPr>
              <w:t>3</w:t>
            </w:r>
          </w:p>
        </w:tc>
        <w:tc>
          <w:tcPr>
            <w:tcW w:w="306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FFCCB7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51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5D652A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1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FEF08B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</w:tbl>
    <w:p w14:paraId="42BA1EFB" w14:textId="77777777" w:rsidR="00807F36" w:rsidRPr="00963169" w:rsidRDefault="00243611" w:rsidP="00FE7188">
      <w:pPr>
        <w:pStyle w:val="FormSection"/>
        <w:keepNext w:val="0"/>
        <w:keepLines/>
        <w:spacing w:before="160" w:after="100"/>
        <w:rPr>
          <w:rFonts w:asciiTheme="majorHAnsi" w:hAnsiTheme="majorHAnsi" w:cstheme="majorHAnsi"/>
        </w:rPr>
      </w:pPr>
      <w:r w:rsidRPr="00963169">
        <w:rPr>
          <w:rFonts w:asciiTheme="majorHAnsi" w:hAnsiTheme="majorHAnsi" w:cstheme="majorHAnsi"/>
        </w:rPr>
        <w:t>5.  ОПРАВДАНОСТ И УСКЛАЂЕНОСТ ПРОЈЕКТА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807F36" w:rsidRPr="00041698" w14:paraId="2A348B41" w14:textId="77777777">
        <w:trPr>
          <w:cantSplit/>
          <w:jc w:val="center"/>
        </w:trPr>
        <w:tc>
          <w:tcPr>
            <w:tcW w:w="1014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436988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9"/>
                <w:lang w:val="ru-RU"/>
              </w:rPr>
              <w:t>5.1. Анализа локалног проблема и потреба</w:t>
            </w:r>
            <w:r w:rsidRPr="00963169">
              <w:rPr>
                <w:rFonts w:asciiTheme="majorHAnsi" w:hAnsiTheme="majorHAnsi" w:cstheme="majorHAnsi"/>
                <w:i/>
                <w:color w:val="5A5A5A"/>
                <w:sz w:val="17"/>
                <w:lang w:val="ru-RU"/>
              </w:rPr>
              <w:t xml:space="preserve">  (описати стање, узроке и последице проблема, расположиве податке и потребе жена на локалном нивоу)</w:t>
            </w:r>
          </w:p>
        </w:tc>
      </w:tr>
      <w:tr w:rsidR="00807F36" w:rsidRPr="00041698" w14:paraId="6FE7EE73" w14:textId="77777777" w:rsidTr="00EF3F9E">
        <w:trPr>
          <w:cantSplit/>
          <w:trHeight w:val="22"/>
          <w:jc w:val="center"/>
        </w:trPr>
        <w:tc>
          <w:tcPr>
            <w:tcW w:w="1014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CF1867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</w:tr>
      <w:tr w:rsidR="00807F36" w:rsidRPr="00041698" w14:paraId="171F7137" w14:textId="77777777">
        <w:trPr>
          <w:cantSplit/>
          <w:jc w:val="center"/>
        </w:trPr>
        <w:tc>
          <w:tcPr>
            <w:tcW w:w="1014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B3931C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9"/>
                <w:lang w:val="ru-RU"/>
              </w:rPr>
              <w:t>5.2. Усклађеност са предметом и циљевима Јавног позива</w:t>
            </w:r>
            <w:r w:rsidRPr="00963169">
              <w:rPr>
                <w:rFonts w:asciiTheme="majorHAnsi" w:hAnsiTheme="majorHAnsi" w:cstheme="majorHAnsi"/>
                <w:i/>
                <w:color w:val="5A5A5A"/>
                <w:sz w:val="17"/>
                <w:lang w:val="ru-RU"/>
              </w:rPr>
              <w:t xml:space="preserve">  (објаснити како пројекат доприноси економском оснаживању, запошљивости, женском предузетништву и равноправном учешћу жена)</w:t>
            </w:r>
          </w:p>
        </w:tc>
      </w:tr>
      <w:tr w:rsidR="00807F36" w:rsidRPr="00041698" w14:paraId="3D1223DB" w14:textId="77777777" w:rsidTr="00EF3F9E">
        <w:trPr>
          <w:cantSplit/>
          <w:trHeight w:val="22"/>
          <w:jc w:val="center"/>
        </w:trPr>
        <w:tc>
          <w:tcPr>
            <w:tcW w:w="1014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470EDE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</w:tr>
      <w:tr w:rsidR="00807F36" w:rsidRPr="00041698" w14:paraId="3313384B" w14:textId="77777777">
        <w:trPr>
          <w:cantSplit/>
          <w:jc w:val="center"/>
        </w:trPr>
        <w:tc>
          <w:tcPr>
            <w:tcW w:w="1014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F64DCA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9"/>
                <w:lang w:val="ru-RU"/>
              </w:rPr>
              <w:t>5.3. Усклађеност са ЛАП-ом и локалним потребама</w:t>
            </w:r>
            <w:r w:rsidRPr="00963169">
              <w:rPr>
                <w:rFonts w:asciiTheme="majorHAnsi" w:hAnsiTheme="majorHAnsi" w:cstheme="majorHAnsi"/>
                <w:i/>
                <w:color w:val="5A5A5A"/>
                <w:sz w:val="17"/>
                <w:lang w:val="ru-RU"/>
              </w:rPr>
              <w:t xml:space="preserve">  (навести конкретну меру/активност ЛАП-а и описати везу са локалним приоритетима)</w:t>
            </w:r>
          </w:p>
        </w:tc>
      </w:tr>
      <w:tr w:rsidR="00807F36" w:rsidRPr="00041698" w14:paraId="15F78FB5" w14:textId="77777777" w:rsidTr="00EF3F9E">
        <w:trPr>
          <w:cantSplit/>
          <w:trHeight w:val="22"/>
          <w:jc w:val="center"/>
        </w:trPr>
        <w:tc>
          <w:tcPr>
            <w:tcW w:w="1014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635D1B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</w:tr>
      <w:tr w:rsidR="00807F36" w:rsidRPr="00041698" w14:paraId="157E665E" w14:textId="77777777">
        <w:trPr>
          <w:cantSplit/>
          <w:jc w:val="center"/>
        </w:trPr>
        <w:tc>
          <w:tcPr>
            <w:tcW w:w="1014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50BD63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9"/>
                <w:lang w:val="ru-RU"/>
              </w:rPr>
              <w:t>5.4. Постојећи ресурси, претходне иницијативе и научене лекције</w:t>
            </w:r>
            <w:r w:rsidRPr="00963169">
              <w:rPr>
                <w:rFonts w:asciiTheme="majorHAnsi" w:hAnsiTheme="majorHAnsi" w:cstheme="majorHAnsi"/>
                <w:i/>
                <w:color w:val="5A5A5A"/>
                <w:sz w:val="17"/>
                <w:lang w:val="ru-RU"/>
              </w:rPr>
              <w:t xml:space="preserve">  (навести шта је до сада реализовано и на који начин пројекат надограђује постојеће капацитете)</w:t>
            </w:r>
          </w:p>
        </w:tc>
      </w:tr>
      <w:tr w:rsidR="00807F36" w:rsidRPr="00041698" w14:paraId="3D133AD4" w14:textId="77777777" w:rsidTr="00EF3F9E">
        <w:trPr>
          <w:cantSplit/>
          <w:trHeight w:val="22"/>
          <w:jc w:val="center"/>
        </w:trPr>
        <w:tc>
          <w:tcPr>
            <w:tcW w:w="1014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29F11A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</w:tr>
    </w:tbl>
    <w:p w14:paraId="25C49C54" w14:textId="77777777" w:rsidR="00807F36" w:rsidRPr="00963169" w:rsidRDefault="00243611">
      <w:pPr>
        <w:pStyle w:val="FormSubsection"/>
        <w:keepLines/>
        <w:spacing w:after="60"/>
        <w:rPr>
          <w:rFonts w:asciiTheme="majorHAnsi" w:hAnsiTheme="majorHAnsi" w:cstheme="majorHAnsi"/>
          <w:lang w:val="ru-RU"/>
        </w:rPr>
      </w:pPr>
      <w:r w:rsidRPr="00963169">
        <w:rPr>
          <w:rFonts w:asciiTheme="majorHAnsi" w:hAnsiTheme="majorHAnsi" w:cstheme="majorHAnsi"/>
          <w:lang w:val="ru-RU"/>
        </w:rPr>
        <w:t>5.5. Релевантно искуство ЈЛС и партнера у претходних пет година</w:t>
      </w:r>
    </w:p>
    <w:p w14:paraId="02ADF6AB" w14:textId="77777777" w:rsidR="00807F36" w:rsidRPr="00963169" w:rsidRDefault="00243611">
      <w:pPr>
        <w:pStyle w:val="FormNote"/>
        <w:ind w:left="85" w:right="85"/>
        <w:rPr>
          <w:rFonts w:asciiTheme="majorHAnsi" w:hAnsiTheme="majorHAnsi" w:cstheme="majorHAnsi"/>
          <w:lang w:val="ru-RU"/>
        </w:rPr>
      </w:pPr>
      <w:r w:rsidRPr="00963169">
        <w:rPr>
          <w:rFonts w:asciiTheme="majorHAnsi" w:hAnsiTheme="majorHAnsi" w:cstheme="majorHAnsi"/>
          <w:i/>
          <w:lang w:val="ru-RU"/>
        </w:rPr>
        <w:t>Уколико је потребно навести више референци, табелу копирати и додати одговарајући број редова.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7"/>
        <w:gridCol w:w="2551"/>
        <w:gridCol w:w="2268"/>
        <w:gridCol w:w="1701"/>
        <w:gridCol w:w="3231"/>
      </w:tblGrid>
      <w:tr w:rsidR="00807F36" w:rsidRPr="00041698" w14:paraId="43E35DB1" w14:textId="77777777">
        <w:trPr>
          <w:cantSplit/>
          <w:tblHeader/>
          <w:jc w:val="center"/>
        </w:trPr>
        <w:tc>
          <w:tcPr>
            <w:tcW w:w="397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DCC1C8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Р.б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.</w:t>
            </w:r>
          </w:p>
        </w:tc>
        <w:tc>
          <w:tcPr>
            <w:tcW w:w="255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02F053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Назив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пројекта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/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активности</w:t>
            </w:r>
            <w:proofErr w:type="spellEnd"/>
          </w:p>
        </w:tc>
        <w:tc>
          <w:tcPr>
            <w:tcW w:w="226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CA6264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Носилац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 xml:space="preserve"> и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партнери</w:t>
            </w:r>
            <w:proofErr w:type="spellEnd"/>
          </w:p>
        </w:tc>
        <w:tc>
          <w:tcPr>
            <w:tcW w:w="170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2D5FAF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Период</w:t>
            </w:r>
            <w:proofErr w:type="spellEnd"/>
          </w:p>
        </w:tc>
        <w:tc>
          <w:tcPr>
            <w:tcW w:w="323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BC8FBF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  <w:lang w:val="ru-RU"/>
              </w:rPr>
              <w:t>Резултати и значај за овај пројекат</w:t>
            </w:r>
          </w:p>
        </w:tc>
      </w:tr>
      <w:tr w:rsidR="00807F36" w:rsidRPr="00963169" w14:paraId="41601BF2" w14:textId="77777777" w:rsidTr="007F4F68">
        <w:trPr>
          <w:cantSplit/>
          <w:trHeight w:val="170"/>
          <w:jc w:val="center"/>
        </w:trPr>
        <w:tc>
          <w:tcPr>
            <w:tcW w:w="397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8E17D6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1</w:t>
            </w:r>
          </w:p>
        </w:tc>
        <w:tc>
          <w:tcPr>
            <w:tcW w:w="255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35199F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24E165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70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E7CA77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23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4F0ADA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07F36" w:rsidRPr="00963169" w14:paraId="799EF122" w14:textId="77777777" w:rsidTr="007F4F68">
        <w:trPr>
          <w:cantSplit/>
          <w:trHeight w:val="22"/>
          <w:jc w:val="center"/>
        </w:trPr>
        <w:tc>
          <w:tcPr>
            <w:tcW w:w="397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1CE915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2</w:t>
            </w:r>
          </w:p>
        </w:tc>
        <w:tc>
          <w:tcPr>
            <w:tcW w:w="255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26A020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D9A8C4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70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2C4970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23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0A0641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07F36" w:rsidRPr="00963169" w14:paraId="75B587CD" w14:textId="77777777" w:rsidTr="007F4F68">
        <w:trPr>
          <w:cantSplit/>
          <w:trHeight w:val="116"/>
          <w:jc w:val="center"/>
        </w:trPr>
        <w:tc>
          <w:tcPr>
            <w:tcW w:w="397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959990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3</w:t>
            </w:r>
          </w:p>
        </w:tc>
        <w:tc>
          <w:tcPr>
            <w:tcW w:w="255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311F06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8010BB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70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0EB0D3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23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A24ECB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</w:tbl>
    <w:p w14:paraId="5027BD4E" w14:textId="77777777" w:rsidR="00807F36" w:rsidRPr="00963169" w:rsidRDefault="00243611" w:rsidP="00FE7188">
      <w:pPr>
        <w:pStyle w:val="FormSection"/>
        <w:keepNext w:val="0"/>
        <w:keepLines/>
        <w:spacing w:before="160" w:after="100"/>
        <w:rPr>
          <w:rFonts w:asciiTheme="majorHAnsi" w:hAnsiTheme="majorHAnsi" w:cstheme="majorHAnsi"/>
          <w:lang w:val="ru-RU"/>
        </w:rPr>
      </w:pPr>
      <w:r w:rsidRPr="00963169">
        <w:rPr>
          <w:rFonts w:asciiTheme="majorHAnsi" w:hAnsiTheme="majorHAnsi" w:cstheme="majorHAnsi"/>
          <w:lang w:val="ru-RU"/>
        </w:rPr>
        <w:t>6.  ЦИЉНЕ ГРУПЕ, КОРИСНИЦЕ И ДОПРИНОС ЕКОНОМСКОМ ОСНАЖИВАЊУ ЖЕНА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807F36" w:rsidRPr="00963169" w14:paraId="623B7FBD" w14:textId="77777777">
        <w:trPr>
          <w:cantSplit/>
          <w:jc w:val="center"/>
        </w:trPr>
        <w:tc>
          <w:tcPr>
            <w:tcW w:w="1014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9640AA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9"/>
              </w:rPr>
              <w:t xml:space="preserve">6.1.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9"/>
              </w:rPr>
              <w:t>Општи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9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9"/>
              </w:rPr>
              <w:t>циљ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9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9"/>
              </w:rPr>
              <w:t>пројекта</w:t>
            </w:r>
            <w:proofErr w:type="spellEnd"/>
          </w:p>
        </w:tc>
      </w:tr>
      <w:tr w:rsidR="00807F36" w:rsidRPr="00963169" w14:paraId="67D6C7FA" w14:textId="77777777" w:rsidTr="00EF3F9E">
        <w:trPr>
          <w:cantSplit/>
          <w:trHeight w:val="22"/>
          <w:jc w:val="center"/>
        </w:trPr>
        <w:tc>
          <w:tcPr>
            <w:tcW w:w="1014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A06887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07F36" w:rsidRPr="00041698" w14:paraId="067B6CD4" w14:textId="77777777">
        <w:trPr>
          <w:cantSplit/>
          <w:jc w:val="center"/>
        </w:trPr>
        <w:tc>
          <w:tcPr>
            <w:tcW w:w="1014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C29FDB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9"/>
                <w:lang w:val="ru-RU"/>
              </w:rPr>
              <w:t>6.2. Посебни циљеви пројекта</w:t>
            </w:r>
            <w:r w:rsidRPr="00963169">
              <w:rPr>
                <w:rFonts w:asciiTheme="majorHAnsi" w:hAnsiTheme="majorHAnsi" w:cstheme="majorHAnsi"/>
                <w:i/>
                <w:color w:val="5A5A5A"/>
                <w:sz w:val="17"/>
                <w:lang w:val="ru-RU"/>
              </w:rPr>
              <w:t xml:space="preserve">  (циљеве формулисати конкретно, мерљиво и реалистично)</w:t>
            </w:r>
          </w:p>
        </w:tc>
      </w:tr>
      <w:tr w:rsidR="00807F36" w:rsidRPr="00041698" w14:paraId="5D92D941" w14:textId="77777777" w:rsidTr="00EF3F9E">
        <w:trPr>
          <w:cantSplit/>
          <w:trHeight w:val="22"/>
          <w:jc w:val="center"/>
        </w:trPr>
        <w:tc>
          <w:tcPr>
            <w:tcW w:w="1014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0AB371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</w:tr>
    </w:tbl>
    <w:p w14:paraId="65A57F55" w14:textId="77777777" w:rsidR="00807F36" w:rsidRPr="00963169" w:rsidRDefault="00243611">
      <w:pPr>
        <w:pStyle w:val="FormSubsection"/>
        <w:keepLines/>
        <w:spacing w:after="60"/>
        <w:rPr>
          <w:rFonts w:asciiTheme="majorHAnsi" w:hAnsiTheme="majorHAnsi" w:cstheme="majorHAnsi"/>
        </w:rPr>
      </w:pPr>
      <w:r w:rsidRPr="00963169">
        <w:rPr>
          <w:rFonts w:asciiTheme="majorHAnsi" w:hAnsiTheme="majorHAnsi" w:cstheme="majorHAnsi"/>
        </w:rPr>
        <w:t xml:space="preserve">6.3. Структура </w:t>
      </w:r>
      <w:proofErr w:type="spellStart"/>
      <w:r w:rsidRPr="00963169">
        <w:rPr>
          <w:rFonts w:asciiTheme="majorHAnsi" w:hAnsiTheme="majorHAnsi" w:cstheme="majorHAnsi"/>
        </w:rPr>
        <w:t>директних</w:t>
      </w:r>
      <w:proofErr w:type="spellEnd"/>
      <w:r w:rsidRPr="00963169">
        <w:rPr>
          <w:rFonts w:asciiTheme="majorHAnsi" w:hAnsiTheme="majorHAnsi" w:cstheme="majorHAnsi"/>
        </w:rPr>
        <w:t xml:space="preserve"> </w:t>
      </w:r>
      <w:proofErr w:type="spellStart"/>
      <w:r w:rsidRPr="00963169">
        <w:rPr>
          <w:rFonts w:asciiTheme="majorHAnsi" w:hAnsiTheme="majorHAnsi" w:cstheme="majorHAnsi"/>
        </w:rPr>
        <w:t>корисница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4932"/>
        <w:gridCol w:w="1701"/>
        <w:gridCol w:w="3061"/>
      </w:tblGrid>
      <w:tr w:rsidR="00807F36" w:rsidRPr="00963169" w14:paraId="62A87451" w14:textId="77777777" w:rsidTr="00EF3F9E">
        <w:trPr>
          <w:cantSplit/>
          <w:trHeight w:val="22"/>
          <w:tblHeader/>
          <w:jc w:val="center"/>
        </w:trPr>
        <w:tc>
          <w:tcPr>
            <w:tcW w:w="45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12CF3A" w14:textId="77777777" w:rsidR="00807F36" w:rsidRPr="00963169" w:rsidRDefault="00EF3F9E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4"/>
                <w:szCs w:val="14"/>
              </w:rPr>
              <w:t>Р.б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4"/>
                <w:szCs w:val="14"/>
              </w:rPr>
              <w:t>.</w:t>
            </w:r>
          </w:p>
        </w:tc>
        <w:tc>
          <w:tcPr>
            <w:tcW w:w="4932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A49467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Категорија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директних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корисница</w:t>
            </w:r>
            <w:proofErr w:type="spellEnd"/>
          </w:p>
        </w:tc>
        <w:tc>
          <w:tcPr>
            <w:tcW w:w="170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DDECF7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Планирани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број</w:t>
            </w:r>
            <w:proofErr w:type="spellEnd"/>
          </w:p>
        </w:tc>
        <w:tc>
          <w:tcPr>
            <w:tcW w:w="306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D88663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Начин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избора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/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укључивања</w:t>
            </w:r>
            <w:proofErr w:type="spellEnd"/>
          </w:p>
        </w:tc>
      </w:tr>
      <w:tr w:rsidR="00807F36" w:rsidRPr="00963169" w14:paraId="4F219C4E" w14:textId="77777777" w:rsidTr="00EF3F9E">
        <w:trPr>
          <w:cantSplit/>
          <w:trHeight w:val="22"/>
          <w:jc w:val="center"/>
        </w:trPr>
        <w:tc>
          <w:tcPr>
            <w:tcW w:w="45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83429B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1</w:t>
            </w:r>
          </w:p>
        </w:tc>
        <w:tc>
          <w:tcPr>
            <w:tcW w:w="4932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9F25D4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Жене</w:t>
            </w:r>
            <w:proofErr w:type="spellEnd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из</w:t>
            </w:r>
            <w:proofErr w:type="spellEnd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руралних</w:t>
            </w:r>
            <w:proofErr w:type="spellEnd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подручја</w:t>
            </w:r>
            <w:proofErr w:type="spellEnd"/>
          </w:p>
        </w:tc>
        <w:tc>
          <w:tcPr>
            <w:tcW w:w="170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7AF0B0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06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704C07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07F36" w:rsidRPr="00963169" w14:paraId="15F9CF1B" w14:textId="77777777" w:rsidTr="00EF3F9E">
        <w:trPr>
          <w:cantSplit/>
          <w:trHeight w:val="22"/>
          <w:jc w:val="center"/>
        </w:trPr>
        <w:tc>
          <w:tcPr>
            <w:tcW w:w="45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764E87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2</w:t>
            </w:r>
          </w:p>
        </w:tc>
        <w:tc>
          <w:tcPr>
            <w:tcW w:w="4932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AF63FC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Незапослене</w:t>
            </w:r>
            <w:proofErr w:type="spellEnd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жене</w:t>
            </w:r>
            <w:proofErr w:type="spellEnd"/>
          </w:p>
        </w:tc>
        <w:tc>
          <w:tcPr>
            <w:tcW w:w="170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9BBDAD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06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C84487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07F36" w:rsidRPr="00963169" w14:paraId="09E49778" w14:textId="77777777" w:rsidTr="00EF3F9E">
        <w:trPr>
          <w:cantSplit/>
          <w:trHeight w:val="22"/>
          <w:jc w:val="center"/>
        </w:trPr>
        <w:tc>
          <w:tcPr>
            <w:tcW w:w="45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8AED0A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3</w:t>
            </w:r>
          </w:p>
        </w:tc>
        <w:tc>
          <w:tcPr>
            <w:tcW w:w="4932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B4753F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Жене</w:t>
            </w:r>
            <w:proofErr w:type="spellEnd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старије</w:t>
            </w:r>
            <w:proofErr w:type="spellEnd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од</w:t>
            </w:r>
            <w:proofErr w:type="spellEnd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 xml:space="preserve"> 45 </w:t>
            </w:r>
            <w:proofErr w:type="spellStart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година</w:t>
            </w:r>
            <w:proofErr w:type="spellEnd"/>
          </w:p>
        </w:tc>
        <w:tc>
          <w:tcPr>
            <w:tcW w:w="170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02B8D9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06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7A10D4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07F36" w:rsidRPr="00041698" w14:paraId="0A3BE86A" w14:textId="77777777" w:rsidTr="00EF3F9E">
        <w:trPr>
          <w:cantSplit/>
          <w:trHeight w:val="22"/>
          <w:jc w:val="center"/>
        </w:trPr>
        <w:tc>
          <w:tcPr>
            <w:tcW w:w="45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939337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4</w:t>
            </w:r>
          </w:p>
        </w:tc>
        <w:tc>
          <w:tcPr>
            <w:tcW w:w="4932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83566F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7"/>
                <w:lang w:val="ru-RU"/>
              </w:rPr>
              <w:t>Жене из других осетљивих друштвених група</w:t>
            </w:r>
          </w:p>
        </w:tc>
        <w:tc>
          <w:tcPr>
            <w:tcW w:w="170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97B5AC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u-RU"/>
              </w:rPr>
            </w:pPr>
          </w:p>
        </w:tc>
        <w:tc>
          <w:tcPr>
            <w:tcW w:w="306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2136B0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</w:tr>
      <w:tr w:rsidR="00807F36" w:rsidRPr="00963169" w14:paraId="48C9B8D5" w14:textId="77777777" w:rsidTr="00EF3F9E">
        <w:trPr>
          <w:cantSplit/>
          <w:trHeight w:val="22"/>
          <w:jc w:val="center"/>
        </w:trPr>
        <w:tc>
          <w:tcPr>
            <w:tcW w:w="45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4FE255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5</w:t>
            </w:r>
          </w:p>
        </w:tc>
        <w:tc>
          <w:tcPr>
            <w:tcW w:w="4932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AA96B9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Предузетнице</w:t>
            </w:r>
            <w:proofErr w:type="spellEnd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 xml:space="preserve"> / </w:t>
            </w:r>
            <w:proofErr w:type="spellStart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потенцијалне</w:t>
            </w:r>
            <w:proofErr w:type="spellEnd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предузетнице</w:t>
            </w:r>
            <w:proofErr w:type="spellEnd"/>
          </w:p>
        </w:tc>
        <w:tc>
          <w:tcPr>
            <w:tcW w:w="170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64E164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06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279D48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07F36" w:rsidRPr="00963169" w14:paraId="4CD4F60F" w14:textId="77777777" w:rsidTr="00EF3F9E">
        <w:trPr>
          <w:cantSplit/>
          <w:trHeight w:val="22"/>
          <w:jc w:val="center"/>
        </w:trPr>
        <w:tc>
          <w:tcPr>
            <w:tcW w:w="45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C4AFDF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lastRenderedPageBreak/>
              <w:t>6</w:t>
            </w:r>
          </w:p>
        </w:tc>
        <w:tc>
          <w:tcPr>
            <w:tcW w:w="4932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9BFECF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Чланице</w:t>
            </w:r>
            <w:proofErr w:type="spellEnd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удружења</w:t>
            </w:r>
            <w:proofErr w:type="spellEnd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жена</w:t>
            </w:r>
            <w:proofErr w:type="spellEnd"/>
          </w:p>
        </w:tc>
        <w:tc>
          <w:tcPr>
            <w:tcW w:w="170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8B54B1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06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3CF021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07F36" w:rsidRPr="00963169" w14:paraId="1ECEA87A" w14:textId="77777777" w:rsidTr="00EF3F9E">
        <w:trPr>
          <w:cantSplit/>
          <w:trHeight w:val="22"/>
          <w:jc w:val="center"/>
        </w:trPr>
        <w:tc>
          <w:tcPr>
            <w:tcW w:w="45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F06FA6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7</w:t>
            </w:r>
          </w:p>
        </w:tc>
        <w:tc>
          <w:tcPr>
            <w:tcW w:w="4932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F7F0BF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Друге</w:t>
            </w:r>
            <w:proofErr w:type="spellEnd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категорије</w:t>
            </w:r>
            <w:proofErr w:type="spellEnd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 xml:space="preserve"> (</w:t>
            </w:r>
            <w:proofErr w:type="spellStart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навести</w:t>
            </w:r>
            <w:proofErr w:type="spellEnd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)</w:t>
            </w:r>
          </w:p>
        </w:tc>
        <w:tc>
          <w:tcPr>
            <w:tcW w:w="170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DBA721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06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A76B5D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07F36" w:rsidRPr="00963169" w14:paraId="40BD7535" w14:textId="77777777" w:rsidTr="00EF3F9E">
        <w:trPr>
          <w:cantSplit/>
          <w:trHeight w:val="22"/>
          <w:jc w:val="center"/>
        </w:trPr>
        <w:tc>
          <w:tcPr>
            <w:tcW w:w="45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22140D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8</w:t>
            </w:r>
          </w:p>
        </w:tc>
        <w:tc>
          <w:tcPr>
            <w:tcW w:w="4932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683EB8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УКУПАН БРОЈ ДИРЕКТНИХ КОРИСНИЦА</w:t>
            </w:r>
          </w:p>
        </w:tc>
        <w:tc>
          <w:tcPr>
            <w:tcW w:w="170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3AE665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06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A58A75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07F36" w:rsidRPr="00041698" w14:paraId="076EE00F" w14:textId="77777777">
        <w:trPr>
          <w:cantSplit/>
          <w:jc w:val="center"/>
        </w:trPr>
        <w:tc>
          <w:tcPr>
            <w:tcW w:w="10148" w:type="dxa"/>
            <w:gridSpan w:val="4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464FC4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9"/>
                <w:lang w:val="ru-RU"/>
              </w:rPr>
              <w:t>6.4. Индиректни корисници и шири ефекти у локалној заједници</w:t>
            </w:r>
          </w:p>
        </w:tc>
      </w:tr>
      <w:tr w:rsidR="00807F36" w:rsidRPr="00041698" w14:paraId="7762D200" w14:textId="77777777" w:rsidTr="00EF3F9E">
        <w:trPr>
          <w:cantSplit/>
          <w:trHeight w:val="22"/>
          <w:jc w:val="center"/>
        </w:trPr>
        <w:tc>
          <w:tcPr>
            <w:tcW w:w="10148" w:type="dxa"/>
            <w:gridSpan w:val="4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96485C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</w:tr>
      <w:tr w:rsidR="00807F36" w:rsidRPr="00041698" w14:paraId="3D34D5A4" w14:textId="77777777">
        <w:trPr>
          <w:cantSplit/>
          <w:jc w:val="center"/>
        </w:trPr>
        <w:tc>
          <w:tcPr>
            <w:tcW w:w="10148" w:type="dxa"/>
            <w:gridSpan w:val="4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1F4F60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9"/>
                <w:lang w:val="ru-RU"/>
              </w:rPr>
              <w:t>6.5. Очекивани допринос економском оснаживању жена</w:t>
            </w:r>
            <w:r w:rsidRPr="00963169">
              <w:rPr>
                <w:rFonts w:asciiTheme="majorHAnsi" w:hAnsiTheme="majorHAnsi" w:cstheme="majorHAnsi"/>
                <w:i/>
                <w:color w:val="5A5A5A"/>
                <w:sz w:val="17"/>
                <w:lang w:val="ru-RU"/>
              </w:rPr>
              <w:t xml:space="preserve">  (описати ефекте на стицање знања и вештина, запошљивост, самозапошљавање, развој предузетништва, производње и/или услуга, приступ тржишту и приходе)</w:t>
            </w:r>
          </w:p>
        </w:tc>
      </w:tr>
      <w:tr w:rsidR="007F4F68" w:rsidRPr="00041698" w14:paraId="7E2FEC9A" w14:textId="77777777" w:rsidTr="00EF3F9E">
        <w:trPr>
          <w:cantSplit/>
          <w:trHeight w:val="22"/>
          <w:jc w:val="center"/>
        </w:trPr>
        <w:tc>
          <w:tcPr>
            <w:tcW w:w="10148" w:type="dxa"/>
            <w:gridSpan w:val="4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F4BE29" w14:textId="77777777" w:rsidR="007F4F68" w:rsidRPr="00963169" w:rsidRDefault="007F4F68">
            <w:pPr>
              <w:spacing w:after="0" w:line="240" w:lineRule="auto"/>
              <w:rPr>
                <w:rFonts w:asciiTheme="majorHAnsi" w:hAnsiTheme="majorHAnsi" w:cstheme="majorHAnsi"/>
                <w:b/>
                <w:color w:val="000000"/>
                <w:sz w:val="19"/>
                <w:lang w:val="ru-RU"/>
              </w:rPr>
            </w:pPr>
          </w:p>
        </w:tc>
      </w:tr>
    </w:tbl>
    <w:p w14:paraId="0F94DB9D" w14:textId="77777777" w:rsidR="00807F36" w:rsidRPr="00963169" w:rsidRDefault="00243611" w:rsidP="00FE7188">
      <w:pPr>
        <w:pStyle w:val="FormSection"/>
        <w:keepNext w:val="0"/>
        <w:keepLines/>
        <w:spacing w:before="160" w:after="100"/>
        <w:rPr>
          <w:rFonts w:asciiTheme="majorHAnsi" w:hAnsiTheme="majorHAnsi" w:cstheme="majorHAnsi"/>
          <w:lang w:val="ru-RU"/>
        </w:rPr>
      </w:pPr>
      <w:r w:rsidRPr="00963169">
        <w:rPr>
          <w:rFonts w:asciiTheme="majorHAnsi" w:hAnsiTheme="majorHAnsi" w:cstheme="majorHAnsi"/>
          <w:lang w:val="ru-RU"/>
        </w:rPr>
        <w:t>7.  АКТИВНОСТИ И ПЛАН РЕАЛИЗАЦИЈЕ</w:t>
      </w:r>
    </w:p>
    <w:p w14:paraId="5CB9DFB0" w14:textId="77777777" w:rsidR="00807F36" w:rsidRPr="00963169" w:rsidRDefault="00243611" w:rsidP="007F4F68">
      <w:pPr>
        <w:pStyle w:val="FormNote"/>
        <w:ind w:left="85" w:right="85"/>
        <w:jc w:val="both"/>
        <w:rPr>
          <w:rFonts w:asciiTheme="majorHAnsi" w:hAnsiTheme="majorHAnsi" w:cstheme="majorHAnsi"/>
          <w:lang w:val="ru-RU"/>
        </w:rPr>
      </w:pPr>
      <w:r w:rsidRPr="00963169">
        <w:rPr>
          <w:rFonts w:asciiTheme="majorHAnsi" w:hAnsiTheme="majorHAnsi" w:cstheme="majorHAnsi"/>
          <w:i/>
          <w:lang w:val="ru-RU"/>
        </w:rPr>
        <w:t>Активности морају бити непосредно повезане са циљевима, резултатима и буџетом. За сваку активност навести носиоца, партнере, број учесница, рок и очекивани непосредни резултат.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9"/>
        <w:gridCol w:w="1871"/>
        <w:gridCol w:w="2466"/>
        <w:gridCol w:w="1304"/>
        <w:gridCol w:w="1191"/>
        <w:gridCol w:w="1191"/>
        <w:gridCol w:w="1757"/>
      </w:tblGrid>
      <w:tr w:rsidR="00807F36" w:rsidRPr="00963169" w14:paraId="746A8FBF" w14:textId="77777777">
        <w:trPr>
          <w:cantSplit/>
          <w:trHeight w:val="652"/>
          <w:tblHeader/>
          <w:jc w:val="center"/>
        </w:trPr>
        <w:tc>
          <w:tcPr>
            <w:tcW w:w="369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C751FB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>Р.б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>.</w:t>
            </w:r>
          </w:p>
        </w:tc>
        <w:tc>
          <w:tcPr>
            <w:tcW w:w="187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A0EB5E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>Назив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>активности</w:t>
            </w:r>
            <w:proofErr w:type="spellEnd"/>
          </w:p>
        </w:tc>
        <w:tc>
          <w:tcPr>
            <w:tcW w:w="2466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723F2D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  <w:lang w:val="ru-RU"/>
              </w:rPr>
              <w:t>Кратак опис и метод рада</w:t>
            </w:r>
          </w:p>
        </w:tc>
        <w:tc>
          <w:tcPr>
            <w:tcW w:w="130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EE8CDE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>Носилац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>/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>партнери</w:t>
            </w:r>
            <w:proofErr w:type="spellEnd"/>
          </w:p>
        </w:tc>
        <w:tc>
          <w:tcPr>
            <w:tcW w:w="119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9F1397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>Врем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 xml:space="preserve">.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>оквир</w:t>
            </w:r>
            <w:proofErr w:type="spellEnd"/>
          </w:p>
        </w:tc>
        <w:tc>
          <w:tcPr>
            <w:tcW w:w="119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BF53E9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>Број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 xml:space="preserve"> и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>структура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>учесница</w:t>
            </w:r>
            <w:proofErr w:type="spellEnd"/>
          </w:p>
        </w:tc>
        <w:tc>
          <w:tcPr>
            <w:tcW w:w="1757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02D322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>Непосредни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>резултат</w:t>
            </w:r>
            <w:proofErr w:type="spellEnd"/>
          </w:p>
        </w:tc>
      </w:tr>
      <w:tr w:rsidR="00807F36" w:rsidRPr="00963169" w14:paraId="49A659B7" w14:textId="77777777" w:rsidTr="00EF3F9E">
        <w:trPr>
          <w:cantSplit/>
          <w:trHeight w:val="22"/>
          <w:jc w:val="center"/>
        </w:trPr>
        <w:tc>
          <w:tcPr>
            <w:tcW w:w="369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198EC5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6"/>
              </w:rPr>
              <w:t>1</w:t>
            </w:r>
          </w:p>
        </w:tc>
        <w:tc>
          <w:tcPr>
            <w:tcW w:w="187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86E31F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466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C40802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0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741636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9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84D528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9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F23A92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757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BDC11D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07F36" w:rsidRPr="00963169" w14:paraId="7A513EA2" w14:textId="77777777" w:rsidTr="00EF3F9E">
        <w:trPr>
          <w:cantSplit/>
          <w:trHeight w:val="22"/>
          <w:jc w:val="center"/>
        </w:trPr>
        <w:tc>
          <w:tcPr>
            <w:tcW w:w="369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CC95B4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6"/>
              </w:rPr>
              <w:t>2</w:t>
            </w:r>
          </w:p>
        </w:tc>
        <w:tc>
          <w:tcPr>
            <w:tcW w:w="187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97D428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466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B30474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0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BED525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9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03C1B7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9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2B31B7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757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1F2813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07F36" w:rsidRPr="00963169" w14:paraId="3BC733B7" w14:textId="77777777" w:rsidTr="00EF3F9E">
        <w:trPr>
          <w:cantSplit/>
          <w:trHeight w:val="62"/>
          <w:jc w:val="center"/>
        </w:trPr>
        <w:tc>
          <w:tcPr>
            <w:tcW w:w="369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DCD5F9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6"/>
              </w:rPr>
              <w:t>3</w:t>
            </w:r>
          </w:p>
        </w:tc>
        <w:tc>
          <w:tcPr>
            <w:tcW w:w="187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097485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466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C7DB99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0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4048C8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9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351672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9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AADB93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757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B646CF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07F36" w:rsidRPr="00963169" w14:paraId="6D03C290" w14:textId="77777777" w:rsidTr="00EF3F9E">
        <w:trPr>
          <w:cantSplit/>
          <w:trHeight w:val="22"/>
          <w:jc w:val="center"/>
        </w:trPr>
        <w:tc>
          <w:tcPr>
            <w:tcW w:w="369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17B604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6"/>
              </w:rPr>
              <w:t>4</w:t>
            </w:r>
          </w:p>
        </w:tc>
        <w:tc>
          <w:tcPr>
            <w:tcW w:w="187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AE9CAE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466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BDA842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0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ECDF4A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9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3F08A0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9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3ACDF2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757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FBA55D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07F36" w:rsidRPr="00963169" w14:paraId="7E63C1EA" w14:textId="77777777" w:rsidTr="00EF3F9E">
        <w:trPr>
          <w:cantSplit/>
          <w:trHeight w:val="22"/>
          <w:jc w:val="center"/>
        </w:trPr>
        <w:tc>
          <w:tcPr>
            <w:tcW w:w="369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4C1017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6"/>
              </w:rPr>
              <w:t>5</w:t>
            </w:r>
          </w:p>
        </w:tc>
        <w:tc>
          <w:tcPr>
            <w:tcW w:w="187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120CE9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466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861639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0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0F3871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9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F4EF36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9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89D23F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757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538D61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07F36" w:rsidRPr="00963169" w14:paraId="3CEC8BCD" w14:textId="77777777" w:rsidTr="00EF3F9E">
        <w:trPr>
          <w:cantSplit/>
          <w:trHeight w:val="116"/>
          <w:jc w:val="center"/>
        </w:trPr>
        <w:tc>
          <w:tcPr>
            <w:tcW w:w="369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131BA1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6"/>
              </w:rPr>
              <w:t>6</w:t>
            </w:r>
          </w:p>
        </w:tc>
        <w:tc>
          <w:tcPr>
            <w:tcW w:w="187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17BF6F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466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17FE42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0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820A69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9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D62F39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9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DE3F5A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757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312887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07F36" w:rsidRPr="00963169" w14:paraId="190D74A8" w14:textId="77777777" w:rsidTr="00EF3F9E">
        <w:trPr>
          <w:cantSplit/>
          <w:trHeight w:val="22"/>
          <w:jc w:val="center"/>
        </w:trPr>
        <w:tc>
          <w:tcPr>
            <w:tcW w:w="369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BBF942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6"/>
              </w:rPr>
              <w:t>7</w:t>
            </w:r>
          </w:p>
        </w:tc>
        <w:tc>
          <w:tcPr>
            <w:tcW w:w="187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564540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466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AB6DC8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0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9F8113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9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279391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9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54D719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757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CCC77B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07F36" w:rsidRPr="00963169" w14:paraId="756E1744" w14:textId="77777777" w:rsidTr="00EF3F9E">
        <w:trPr>
          <w:cantSplit/>
          <w:trHeight w:val="22"/>
          <w:jc w:val="center"/>
        </w:trPr>
        <w:tc>
          <w:tcPr>
            <w:tcW w:w="369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4102A3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6"/>
              </w:rPr>
              <w:t>8</w:t>
            </w:r>
          </w:p>
        </w:tc>
        <w:tc>
          <w:tcPr>
            <w:tcW w:w="187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0EE422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466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52B9AD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0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AA0D12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9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C442AE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9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3EF090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757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9FBEF8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</w:tbl>
    <w:p w14:paraId="1B7F908E" w14:textId="77777777" w:rsidR="00807F36" w:rsidRPr="00963169" w:rsidRDefault="00243611">
      <w:pPr>
        <w:pStyle w:val="FormSubsection"/>
        <w:keepLines/>
        <w:spacing w:after="60"/>
        <w:rPr>
          <w:rFonts w:asciiTheme="majorHAnsi" w:hAnsiTheme="majorHAnsi" w:cstheme="majorHAnsi"/>
        </w:rPr>
      </w:pPr>
      <w:r w:rsidRPr="00963169">
        <w:rPr>
          <w:rFonts w:asciiTheme="majorHAnsi" w:hAnsiTheme="majorHAnsi" w:cstheme="majorHAnsi"/>
        </w:rPr>
        <w:t xml:space="preserve">7.1. </w:t>
      </w:r>
      <w:proofErr w:type="spellStart"/>
      <w:r w:rsidRPr="00963169">
        <w:rPr>
          <w:rFonts w:asciiTheme="majorHAnsi" w:hAnsiTheme="majorHAnsi" w:cstheme="majorHAnsi"/>
        </w:rPr>
        <w:t>Месечни</w:t>
      </w:r>
      <w:proofErr w:type="spellEnd"/>
      <w:r w:rsidRPr="00963169">
        <w:rPr>
          <w:rFonts w:asciiTheme="majorHAnsi" w:hAnsiTheme="majorHAnsi" w:cstheme="majorHAnsi"/>
        </w:rPr>
        <w:t xml:space="preserve"> </w:t>
      </w:r>
      <w:proofErr w:type="spellStart"/>
      <w:r w:rsidRPr="00963169">
        <w:rPr>
          <w:rFonts w:asciiTheme="majorHAnsi" w:hAnsiTheme="majorHAnsi" w:cstheme="majorHAnsi"/>
        </w:rPr>
        <w:t>план</w:t>
      </w:r>
      <w:proofErr w:type="spellEnd"/>
      <w:r w:rsidRPr="00963169">
        <w:rPr>
          <w:rFonts w:asciiTheme="majorHAnsi" w:hAnsiTheme="majorHAnsi" w:cstheme="majorHAnsi"/>
        </w:rPr>
        <w:t xml:space="preserve"> </w:t>
      </w:r>
      <w:proofErr w:type="spellStart"/>
      <w:r w:rsidRPr="00963169">
        <w:rPr>
          <w:rFonts w:asciiTheme="majorHAnsi" w:hAnsiTheme="majorHAnsi" w:cstheme="majorHAnsi"/>
        </w:rPr>
        <w:t>реализације</w:t>
      </w:r>
      <w:proofErr w:type="spellEnd"/>
    </w:p>
    <w:p w14:paraId="07D94D03" w14:textId="77777777" w:rsidR="00807F36" w:rsidRPr="00963169" w:rsidRDefault="00243611">
      <w:pPr>
        <w:pStyle w:val="FormNote"/>
        <w:ind w:left="85" w:right="85"/>
        <w:rPr>
          <w:rFonts w:asciiTheme="majorHAnsi" w:hAnsiTheme="majorHAnsi" w:cstheme="majorHAnsi"/>
          <w:lang w:val="ru-RU"/>
        </w:rPr>
      </w:pPr>
      <w:r w:rsidRPr="00963169">
        <w:rPr>
          <w:rFonts w:asciiTheme="majorHAnsi" w:hAnsiTheme="majorHAnsi" w:cstheme="majorHAnsi"/>
          <w:i/>
          <w:lang w:val="ru-RU"/>
        </w:rPr>
        <w:t>У означена поља уписати „</w:t>
      </w:r>
      <w:r w:rsidRPr="00963169">
        <w:rPr>
          <w:rFonts w:asciiTheme="majorHAnsi" w:hAnsiTheme="majorHAnsi" w:cstheme="majorHAnsi"/>
          <w:i/>
        </w:rPr>
        <w:t>X</w:t>
      </w:r>
      <w:r w:rsidRPr="00963169">
        <w:rPr>
          <w:rFonts w:asciiTheme="majorHAnsi" w:hAnsiTheme="majorHAnsi" w:cstheme="majorHAnsi"/>
          <w:i/>
          <w:lang w:val="ru-RU"/>
        </w:rPr>
        <w:t>“. М1 је први месец реализације пројекта.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7"/>
        <w:gridCol w:w="2324"/>
        <w:gridCol w:w="618"/>
        <w:gridCol w:w="618"/>
        <w:gridCol w:w="618"/>
        <w:gridCol w:w="618"/>
        <w:gridCol w:w="618"/>
        <w:gridCol w:w="618"/>
        <w:gridCol w:w="618"/>
        <w:gridCol w:w="618"/>
        <w:gridCol w:w="618"/>
        <w:gridCol w:w="618"/>
        <w:gridCol w:w="618"/>
        <w:gridCol w:w="618"/>
      </w:tblGrid>
      <w:tr w:rsidR="00807F36" w:rsidRPr="00963169" w14:paraId="565D27C8" w14:textId="77777777">
        <w:trPr>
          <w:cantSplit/>
          <w:trHeight w:val="482"/>
          <w:tblHeader/>
          <w:jc w:val="center"/>
        </w:trPr>
        <w:tc>
          <w:tcPr>
            <w:tcW w:w="397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6C331F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>Р.б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>.</w:t>
            </w:r>
          </w:p>
        </w:tc>
        <w:tc>
          <w:tcPr>
            <w:tcW w:w="232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F20D97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>Активност</w:t>
            </w:r>
            <w:proofErr w:type="spellEnd"/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005830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>М1</w:t>
            </w: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43E682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>М2</w:t>
            </w: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EEBE21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>М3</w:t>
            </w: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00B49C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>М4</w:t>
            </w: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1D7620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>М5</w:t>
            </w: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497EF8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>М6</w:t>
            </w: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98C5A9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>М7</w:t>
            </w: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E3CEDE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>М8</w:t>
            </w: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83F8C2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>М9</w:t>
            </w: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EB09B6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>М10</w:t>
            </w: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E05FCA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>М11</w:t>
            </w: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C78599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>М12</w:t>
            </w:r>
          </w:p>
        </w:tc>
      </w:tr>
      <w:tr w:rsidR="00807F36" w:rsidRPr="00963169" w14:paraId="65FB9C02" w14:textId="77777777" w:rsidTr="00EF3F9E">
        <w:trPr>
          <w:cantSplit/>
          <w:trHeight w:val="22"/>
          <w:jc w:val="center"/>
        </w:trPr>
        <w:tc>
          <w:tcPr>
            <w:tcW w:w="397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CBFE65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6"/>
              </w:rPr>
              <w:t>1</w:t>
            </w:r>
          </w:p>
        </w:tc>
        <w:tc>
          <w:tcPr>
            <w:tcW w:w="232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EB4143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334F48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752984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C68BD0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EE82C2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1AF7F0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A67326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9C6527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E155AC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A06C6C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6C22E9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83F68C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9631A6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807F36" w:rsidRPr="00963169" w14:paraId="14979480" w14:textId="77777777" w:rsidTr="00EF3F9E">
        <w:trPr>
          <w:cantSplit/>
          <w:trHeight w:val="22"/>
          <w:jc w:val="center"/>
        </w:trPr>
        <w:tc>
          <w:tcPr>
            <w:tcW w:w="397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9CF410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6"/>
              </w:rPr>
              <w:t>2</w:t>
            </w:r>
          </w:p>
        </w:tc>
        <w:tc>
          <w:tcPr>
            <w:tcW w:w="232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4BBC8B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8CD2DA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81B691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45D82C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82B2AE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0D7483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3B8962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123EB5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FC71E1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A9B38E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5A4139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85249C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DA6D15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807F36" w:rsidRPr="00963169" w14:paraId="36365945" w14:textId="77777777" w:rsidTr="00EF3F9E">
        <w:trPr>
          <w:cantSplit/>
          <w:trHeight w:val="22"/>
          <w:jc w:val="center"/>
        </w:trPr>
        <w:tc>
          <w:tcPr>
            <w:tcW w:w="397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28AC1F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6"/>
              </w:rPr>
              <w:t>3</w:t>
            </w:r>
          </w:p>
        </w:tc>
        <w:tc>
          <w:tcPr>
            <w:tcW w:w="232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5FEEE3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5C5B32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237A1D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10620E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8EA3C7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2DEA53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83549C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51B212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294EBA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BE2EE1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194A7F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4BE566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AC25E4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807F36" w:rsidRPr="00963169" w14:paraId="098EDEBF" w14:textId="77777777" w:rsidTr="00EF3F9E">
        <w:trPr>
          <w:cantSplit/>
          <w:trHeight w:val="22"/>
          <w:jc w:val="center"/>
        </w:trPr>
        <w:tc>
          <w:tcPr>
            <w:tcW w:w="397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0B83CE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6"/>
              </w:rPr>
              <w:t>4</w:t>
            </w:r>
          </w:p>
        </w:tc>
        <w:tc>
          <w:tcPr>
            <w:tcW w:w="232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CC6A92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216318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E35388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084AA5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24654C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4EE7C8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1EAEF6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2ADBE7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42D9CD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AA5FBF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27E6CC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CDF3BA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0C1BAF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807F36" w:rsidRPr="00963169" w14:paraId="4E0EC872" w14:textId="77777777" w:rsidTr="00EF3F9E">
        <w:trPr>
          <w:cantSplit/>
          <w:trHeight w:val="22"/>
          <w:jc w:val="center"/>
        </w:trPr>
        <w:tc>
          <w:tcPr>
            <w:tcW w:w="397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03F484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6"/>
              </w:rPr>
              <w:t>5</w:t>
            </w:r>
          </w:p>
        </w:tc>
        <w:tc>
          <w:tcPr>
            <w:tcW w:w="232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C84F75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9D1DBD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8A9429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629ABA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D67D07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875CDF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029CFE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4DAF23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44BD04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13FA1F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6F75E4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0A84C5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944458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807F36" w:rsidRPr="00963169" w14:paraId="7E5F0BA8" w14:textId="77777777" w:rsidTr="00EF3F9E">
        <w:trPr>
          <w:cantSplit/>
          <w:trHeight w:val="22"/>
          <w:jc w:val="center"/>
        </w:trPr>
        <w:tc>
          <w:tcPr>
            <w:tcW w:w="397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2CAD82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6"/>
              </w:rPr>
              <w:t>6</w:t>
            </w:r>
          </w:p>
        </w:tc>
        <w:tc>
          <w:tcPr>
            <w:tcW w:w="232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0923E0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B2256F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530416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D0CE5B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895765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EA8B77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F542E7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145656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40E07B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F0B436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3E5A2E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165307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7C15D9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807F36" w:rsidRPr="00963169" w14:paraId="5DC81CBC" w14:textId="77777777" w:rsidTr="00EF3F9E">
        <w:trPr>
          <w:cantSplit/>
          <w:trHeight w:val="22"/>
          <w:jc w:val="center"/>
        </w:trPr>
        <w:tc>
          <w:tcPr>
            <w:tcW w:w="397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4F2677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6"/>
              </w:rPr>
              <w:t>7</w:t>
            </w:r>
          </w:p>
        </w:tc>
        <w:tc>
          <w:tcPr>
            <w:tcW w:w="232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837594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427A24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54ACF0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7B68AD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6B877F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39D406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87CF8E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327192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3BD8F6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FF36EC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EAE89A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EA594D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70B477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807F36" w:rsidRPr="00963169" w14:paraId="2A0DAF72" w14:textId="77777777" w:rsidTr="00EF3F9E">
        <w:trPr>
          <w:cantSplit/>
          <w:trHeight w:val="22"/>
          <w:jc w:val="center"/>
        </w:trPr>
        <w:tc>
          <w:tcPr>
            <w:tcW w:w="397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033A87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6"/>
              </w:rPr>
              <w:t>8</w:t>
            </w:r>
          </w:p>
        </w:tc>
        <w:tc>
          <w:tcPr>
            <w:tcW w:w="232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E92BE7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46151C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A4A4FF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5A8B9A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AA58EE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226EF7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07BEAA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2A5DCA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5D0D03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C90508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D2CEAE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4FF40E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5286E3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</w:tbl>
    <w:p w14:paraId="0342C357" w14:textId="77777777" w:rsidR="006931B6" w:rsidRPr="00963169" w:rsidRDefault="006931B6" w:rsidP="00FE7188">
      <w:pPr>
        <w:pStyle w:val="FormSection"/>
        <w:keepNext w:val="0"/>
        <w:keepLines/>
        <w:spacing w:before="160" w:after="100"/>
        <w:rPr>
          <w:rFonts w:asciiTheme="majorHAnsi" w:hAnsiTheme="majorHAnsi" w:cstheme="majorHAnsi"/>
        </w:rPr>
      </w:pPr>
    </w:p>
    <w:p w14:paraId="6A10815A" w14:textId="66FFED62" w:rsidR="00807F36" w:rsidRPr="00963169" w:rsidRDefault="00243611" w:rsidP="00FE7188">
      <w:pPr>
        <w:pStyle w:val="FormSection"/>
        <w:keepNext w:val="0"/>
        <w:keepLines/>
        <w:spacing w:before="160" w:after="100"/>
        <w:rPr>
          <w:rFonts w:asciiTheme="majorHAnsi" w:hAnsiTheme="majorHAnsi" w:cstheme="majorHAnsi"/>
          <w:lang w:val="ru-RU"/>
        </w:rPr>
      </w:pPr>
      <w:r w:rsidRPr="00963169">
        <w:rPr>
          <w:rFonts w:asciiTheme="majorHAnsi" w:hAnsiTheme="majorHAnsi" w:cstheme="majorHAnsi"/>
          <w:lang w:val="ru-RU"/>
        </w:rPr>
        <w:t>8.  ОЧЕКИВАНИ РЕЗУЛТАТИ, ПОКАЗАТЕЉИ И ИЗВОРИ ВЕРИФИКАЦИЈЕ</w:t>
      </w:r>
    </w:p>
    <w:p w14:paraId="163F4AD7" w14:textId="77777777" w:rsidR="00807F36" w:rsidRPr="00963169" w:rsidRDefault="00243611">
      <w:pPr>
        <w:pStyle w:val="FormNote"/>
        <w:ind w:left="85" w:right="85"/>
        <w:rPr>
          <w:rFonts w:asciiTheme="majorHAnsi" w:hAnsiTheme="majorHAnsi" w:cstheme="majorHAnsi"/>
          <w:lang w:val="ru-RU"/>
        </w:rPr>
      </w:pPr>
      <w:r w:rsidRPr="00963169">
        <w:rPr>
          <w:rFonts w:asciiTheme="majorHAnsi" w:hAnsiTheme="majorHAnsi" w:cstheme="majorHAnsi"/>
          <w:i/>
          <w:lang w:val="ru-RU"/>
        </w:rPr>
        <w:lastRenderedPageBreak/>
        <w:t>Резултати и показатељи треба да буду конкретни, мерљиви и директно повезани са планираним активностима и циљевима пројекта.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9"/>
        <w:gridCol w:w="2041"/>
        <w:gridCol w:w="1814"/>
        <w:gridCol w:w="1219"/>
        <w:gridCol w:w="1247"/>
        <w:gridCol w:w="1928"/>
        <w:gridCol w:w="1531"/>
      </w:tblGrid>
      <w:tr w:rsidR="00807F36" w:rsidRPr="00963169" w14:paraId="59C1F0B5" w14:textId="77777777">
        <w:trPr>
          <w:cantSplit/>
          <w:trHeight w:val="624"/>
          <w:tblHeader/>
          <w:jc w:val="center"/>
        </w:trPr>
        <w:tc>
          <w:tcPr>
            <w:tcW w:w="369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26D839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6"/>
              </w:rPr>
              <w:t>Р.б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6"/>
              </w:rPr>
              <w:t>.</w:t>
            </w:r>
          </w:p>
        </w:tc>
        <w:tc>
          <w:tcPr>
            <w:tcW w:w="204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41CC71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6"/>
              </w:rPr>
              <w:t>Очекивани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6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6"/>
              </w:rPr>
              <w:t>резултат</w:t>
            </w:r>
            <w:proofErr w:type="spellEnd"/>
          </w:p>
        </w:tc>
        <w:tc>
          <w:tcPr>
            <w:tcW w:w="181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4CB457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6"/>
              </w:rPr>
              <w:t>Показатељ</w:t>
            </w:r>
            <w:proofErr w:type="spellEnd"/>
          </w:p>
        </w:tc>
        <w:tc>
          <w:tcPr>
            <w:tcW w:w="1219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AF244D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6"/>
              </w:rPr>
              <w:t>Почетна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6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6"/>
              </w:rPr>
              <w:t>вредност</w:t>
            </w:r>
            <w:proofErr w:type="spellEnd"/>
          </w:p>
        </w:tc>
        <w:tc>
          <w:tcPr>
            <w:tcW w:w="1247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108EBE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6"/>
              </w:rPr>
              <w:t>Циљна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6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6"/>
              </w:rPr>
              <w:t>вредност</w:t>
            </w:r>
            <w:proofErr w:type="spellEnd"/>
          </w:p>
        </w:tc>
        <w:tc>
          <w:tcPr>
            <w:tcW w:w="192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40D0AA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6"/>
              </w:rPr>
              <w:t>Извор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6"/>
              </w:rPr>
              <w:t>/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6"/>
              </w:rPr>
              <w:t>начин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6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6"/>
              </w:rPr>
              <w:t>верификације</w:t>
            </w:r>
            <w:proofErr w:type="spellEnd"/>
          </w:p>
        </w:tc>
        <w:tc>
          <w:tcPr>
            <w:tcW w:w="153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91C1BB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6"/>
              </w:rPr>
              <w:t>Одговорни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6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6"/>
              </w:rPr>
              <w:t>актер</w:t>
            </w:r>
            <w:proofErr w:type="spellEnd"/>
          </w:p>
        </w:tc>
      </w:tr>
      <w:tr w:rsidR="00807F36" w:rsidRPr="00963169" w14:paraId="0F5CCE6C" w14:textId="77777777" w:rsidTr="00EF3F9E">
        <w:trPr>
          <w:cantSplit/>
          <w:trHeight w:val="22"/>
          <w:jc w:val="center"/>
        </w:trPr>
        <w:tc>
          <w:tcPr>
            <w:tcW w:w="369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3C3E6D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6"/>
              </w:rPr>
              <w:t>1</w:t>
            </w:r>
          </w:p>
        </w:tc>
        <w:tc>
          <w:tcPr>
            <w:tcW w:w="204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3399F1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81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A56AD3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19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FFF253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47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00338A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92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C629B8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3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3B69F5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07F36" w:rsidRPr="00963169" w14:paraId="43C201B1" w14:textId="77777777" w:rsidTr="00EF3F9E">
        <w:trPr>
          <w:cantSplit/>
          <w:trHeight w:val="22"/>
          <w:jc w:val="center"/>
        </w:trPr>
        <w:tc>
          <w:tcPr>
            <w:tcW w:w="369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67C6CB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6"/>
              </w:rPr>
              <w:t>2</w:t>
            </w:r>
          </w:p>
        </w:tc>
        <w:tc>
          <w:tcPr>
            <w:tcW w:w="204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42577B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81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22B55E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19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94AD04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47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BE5270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92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6D6051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3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14BDCB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07F36" w:rsidRPr="00963169" w14:paraId="2D0BC8B3" w14:textId="77777777" w:rsidTr="00EF3F9E">
        <w:trPr>
          <w:cantSplit/>
          <w:trHeight w:val="22"/>
          <w:jc w:val="center"/>
        </w:trPr>
        <w:tc>
          <w:tcPr>
            <w:tcW w:w="369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C7C157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6"/>
              </w:rPr>
              <w:t>3</w:t>
            </w:r>
          </w:p>
        </w:tc>
        <w:tc>
          <w:tcPr>
            <w:tcW w:w="204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50D881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81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8ECC03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19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3598BC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47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3131B2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92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4C6BDA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3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D28381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07F36" w:rsidRPr="00963169" w14:paraId="0759E28B" w14:textId="77777777" w:rsidTr="00EF3F9E">
        <w:trPr>
          <w:cantSplit/>
          <w:trHeight w:val="22"/>
          <w:jc w:val="center"/>
        </w:trPr>
        <w:tc>
          <w:tcPr>
            <w:tcW w:w="369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1F56E4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6"/>
              </w:rPr>
              <w:t>4</w:t>
            </w:r>
          </w:p>
        </w:tc>
        <w:tc>
          <w:tcPr>
            <w:tcW w:w="204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5536D5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81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25403A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19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1DC96A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47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C4A0E8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92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5D9D02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3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5CF619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07F36" w:rsidRPr="00963169" w14:paraId="7F4E05D5" w14:textId="77777777" w:rsidTr="00EF3F9E">
        <w:trPr>
          <w:cantSplit/>
          <w:trHeight w:val="22"/>
          <w:jc w:val="center"/>
        </w:trPr>
        <w:tc>
          <w:tcPr>
            <w:tcW w:w="369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54B096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6"/>
              </w:rPr>
              <w:t>5</w:t>
            </w:r>
          </w:p>
        </w:tc>
        <w:tc>
          <w:tcPr>
            <w:tcW w:w="204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0725E9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81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46370E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19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BB0501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47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BBC6F1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92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CBBB49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3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DC87AF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07F36" w:rsidRPr="00963169" w14:paraId="5ED981FC" w14:textId="77777777" w:rsidTr="00EF3F9E">
        <w:trPr>
          <w:cantSplit/>
          <w:trHeight w:val="22"/>
          <w:jc w:val="center"/>
        </w:trPr>
        <w:tc>
          <w:tcPr>
            <w:tcW w:w="369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42C499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6"/>
              </w:rPr>
              <w:t>6</w:t>
            </w:r>
          </w:p>
        </w:tc>
        <w:tc>
          <w:tcPr>
            <w:tcW w:w="204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7D041C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81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13A0FB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19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138BEF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47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EC25FD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92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7A56C5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3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5F80B6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07F36" w:rsidRPr="00963169" w14:paraId="69E5065F" w14:textId="77777777" w:rsidTr="00EF3F9E">
        <w:trPr>
          <w:cantSplit/>
          <w:trHeight w:val="22"/>
          <w:jc w:val="center"/>
        </w:trPr>
        <w:tc>
          <w:tcPr>
            <w:tcW w:w="369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5C7F68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6"/>
              </w:rPr>
              <w:t>7</w:t>
            </w:r>
          </w:p>
        </w:tc>
        <w:tc>
          <w:tcPr>
            <w:tcW w:w="204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9090F9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81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167247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19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2AF51F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47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0A6C3F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92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E77963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3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28B643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07F36" w:rsidRPr="00041698" w14:paraId="32F862DF" w14:textId="77777777">
        <w:trPr>
          <w:cantSplit/>
          <w:jc w:val="center"/>
        </w:trPr>
        <w:tc>
          <w:tcPr>
            <w:tcW w:w="10148" w:type="dxa"/>
            <w:gridSpan w:val="7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326925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9"/>
                <w:lang w:val="ru-RU"/>
              </w:rPr>
              <w:t>8.1. Очекивани утицај на производњу, услуге, предузетништво и/или приступ тржишту</w:t>
            </w:r>
          </w:p>
        </w:tc>
      </w:tr>
      <w:tr w:rsidR="00807F36" w:rsidRPr="00041698" w14:paraId="581AB4EA" w14:textId="77777777" w:rsidTr="00EF3F9E">
        <w:trPr>
          <w:cantSplit/>
          <w:trHeight w:val="22"/>
          <w:jc w:val="center"/>
        </w:trPr>
        <w:tc>
          <w:tcPr>
            <w:tcW w:w="10148" w:type="dxa"/>
            <w:gridSpan w:val="7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F5C1DA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</w:tr>
      <w:tr w:rsidR="00807F36" w:rsidRPr="00041698" w14:paraId="4B688742" w14:textId="77777777">
        <w:trPr>
          <w:cantSplit/>
          <w:jc w:val="center"/>
        </w:trPr>
        <w:tc>
          <w:tcPr>
            <w:tcW w:w="10148" w:type="dxa"/>
            <w:gridSpan w:val="7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9B646E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9"/>
                <w:lang w:val="ru-RU"/>
              </w:rPr>
              <w:t>8.2. Начин праћења квалитета активности и задовољства корисница</w:t>
            </w:r>
          </w:p>
        </w:tc>
      </w:tr>
      <w:tr w:rsidR="00807F36" w:rsidRPr="00041698" w14:paraId="6C84883C" w14:textId="77777777" w:rsidTr="00EF3F9E">
        <w:trPr>
          <w:cantSplit/>
          <w:trHeight w:val="22"/>
          <w:jc w:val="center"/>
        </w:trPr>
        <w:tc>
          <w:tcPr>
            <w:tcW w:w="10148" w:type="dxa"/>
            <w:gridSpan w:val="7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19CAC5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</w:tr>
    </w:tbl>
    <w:p w14:paraId="336B4721" w14:textId="77777777" w:rsidR="00807F36" w:rsidRPr="00963169" w:rsidRDefault="00243611" w:rsidP="00FE7188">
      <w:pPr>
        <w:pStyle w:val="FormSection"/>
        <w:keepNext w:val="0"/>
        <w:keepLines/>
        <w:spacing w:before="160" w:after="100"/>
        <w:rPr>
          <w:rFonts w:asciiTheme="majorHAnsi" w:hAnsiTheme="majorHAnsi" w:cstheme="majorHAnsi"/>
        </w:rPr>
      </w:pPr>
      <w:r w:rsidRPr="00963169">
        <w:rPr>
          <w:rFonts w:asciiTheme="majorHAnsi" w:hAnsiTheme="majorHAnsi" w:cstheme="majorHAnsi"/>
        </w:rPr>
        <w:t>9.  ОДРЖИВОСТ РЕЗУЛТАТА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807F36" w:rsidRPr="00041698" w14:paraId="202617CB" w14:textId="77777777">
        <w:trPr>
          <w:cantSplit/>
          <w:jc w:val="center"/>
        </w:trPr>
        <w:tc>
          <w:tcPr>
            <w:tcW w:w="1014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949508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9"/>
                <w:lang w:val="ru-RU"/>
              </w:rPr>
              <w:t>9.1. Наставак активности након завршетка финансирања</w:t>
            </w:r>
            <w:r w:rsidRPr="00963169">
              <w:rPr>
                <w:rFonts w:asciiTheme="majorHAnsi" w:hAnsiTheme="majorHAnsi" w:cstheme="majorHAnsi"/>
                <w:i/>
                <w:color w:val="5A5A5A"/>
                <w:sz w:val="17"/>
                <w:lang w:val="ru-RU"/>
              </w:rPr>
              <w:t xml:space="preserve">  (навести ко наставља активности, на који начин и из којих извора)</w:t>
            </w:r>
          </w:p>
        </w:tc>
      </w:tr>
      <w:tr w:rsidR="00807F36" w:rsidRPr="00041698" w14:paraId="697E48DF" w14:textId="77777777" w:rsidTr="00EF3F9E">
        <w:trPr>
          <w:cantSplit/>
          <w:trHeight w:val="22"/>
          <w:jc w:val="center"/>
        </w:trPr>
        <w:tc>
          <w:tcPr>
            <w:tcW w:w="1014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6B8FF3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</w:tr>
      <w:tr w:rsidR="00807F36" w:rsidRPr="00041698" w14:paraId="25310185" w14:textId="77777777">
        <w:trPr>
          <w:cantSplit/>
          <w:jc w:val="center"/>
        </w:trPr>
        <w:tc>
          <w:tcPr>
            <w:tcW w:w="1014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BE8CEC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9"/>
                <w:lang w:val="ru-RU"/>
              </w:rPr>
              <w:t>9.2. Одржавање локалног партнерства</w:t>
            </w:r>
            <w:r w:rsidRPr="00963169">
              <w:rPr>
                <w:rFonts w:asciiTheme="majorHAnsi" w:hAnsiTheme="majorHAnsi" w:cstheme="majorHAnsi"/>
                <w:i/>
                <w:color w:val="5A5A5A"/>
                <w:sz w:val="17"/>
                <w:lang w:val="ru-RU"/>
              </w:rPr>
              <w:t xml:space="preserve">  (описати договорене облике будуће сарадње и одговорности партнера)</w:t>
            </w:r>
          </w:p>
        </w:tc>
      </w:tr>
      <w:tr w:rsidR="00807F36" w:rsidRPr="00041698" w14:paraId="6E33C2A4" w14:textId="77777777" w:rsidTr="00EF3F9E">
        <w:trPr>
          <w:cantSplit/>
          <w:trHeight w:val="22"/>
          <w:jc w:val="center"/>
        </w:trPr>
        <w:tc>
          <w:tcPr>
            <w:tcW w:w="1014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13FF3D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</w:tr>
      <w:tr w:rsidR="00807F36" w:rsidRPr="00041698" w14:paraId="02BAAEDC" w14:textId="77777777">
        <w:trPr>
          <w:cantSplit/>
          <w:jc w:val="center"/>
        </w:trPr>
        <w:tc>
          <w:tcPr>
            <w:tcW w:w="1014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BEF49B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9"/>
                <w:lang w:val="ru-RU"/>
              </w:rPr>
              <w:t>9.3. Коришћење и одржавање набављене опреме</w:t>
            </w:r>
            <w:r w:rsidRPr="00963169">
              <w:rPr>
                <w:rFonts w:asciiTheme="majorHAnsi" w:hAnsiTheme="majorHAnsi" w:cstheme="majorHAnsi"/>
                <w:i/>
                <w:color w:val="5A5A5A"/>
                <w:sz w:val="17"/>
                <w:lang w:val="ru-RU"/>
              </w:rPr>
              <w:t xml:space="preserve">  (навести корисника/власника опреме, локацију, намену и план одржавања)</w:t>
            </w:r>
          </w:p>
        </w:tc>
      </w:tr>
      <w:tr w:rsidR="00807F36" w:rsidRPr="00041698" w14:paraId="0CA1E646" w14:textId="77777777" w:rsidTr="00EF3F9E">
        <w:trPr>
          <w:cantSplit/>
          <w:trHeight w:val="22"/>
          <w:jc w:val="center"/>
        </w:trPr>
        <w:tc>
          <w:tcPr>
            <w:tcW w:w="1014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D2EB83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</w:tr>
      <w:tr w:rsidR="00807F36" w:rsidRPr="00041698" w14:paraId="70261643" w14:textId="77777777">
        <w:trPr>
          <w:cantSplit/>
          <w:jc w:val="center"/>
        </w:trPr>
        <w:tc>
          <w:tcPr>
            <w:tcW w:w="1014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0BC234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9"/>
                <w:lang w:val="ru-RU"/>
              </w:rPr>
              <w:t>9.4. Даљи развој економских активности и повезивање са тржиштем</w:t>
            </w:r>
          </w:p>
        </w:tc>
      </w:tr>
      <w:tr w:rsidR="00807F36" w:rsidRPr="00041698" w14:paraId="6FE2FF20" w14:textId="77777777" w:rsidTr="00EF3F9E">
        <w:trPr>
          <w:cantSplit/>
          <w:trHeight w:val="22"/>
          <w:jc w:val="center"/>
        </w:trPr>
        <w:tc>
          <w:tcPr>
            <w:tcW w:w="1014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30EC39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</w:tr>
      <w:tr w:rsidR="00807F36" w:rsidRPr="00041698" w14:paraId="43F809F2" w14:textId="77777777">
        <w:trPr>
          <w:cantSplit/>
          <w:jc w:val="center"/>
        </w:trPr>
        <w:tc>
          <w:tcPr>
            <w:tcW w:w="1014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626636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9"/>
                <w:lang w:val="ru-RU"/>
              </w:rPr>
              <w:t>9.5. Укључивање резултата у локалне политике, програме и буџетске мере</w:t>
            </w:r>
          </w:p>
        </w:tc>
      </w:tr>
      <w:tr w:rsidR="00807F36" w:rsidRPr="00041698" w14:paraId="7AF5494C" w14:textId="77777777" w:rsidTr="00EF3F9E">
        <w:trPr>
          <w:cantSplit/>
          <w:trHeight w:val="26"/>
          <w:jc w:val="center"/>
        </w:trPr>
        <w:tc>
          <w:tcPr>
            <w:tcW w:w="1014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A26B26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</w:tr>
    </w:tbl>
    <w:p w14:paraId="2F09E72A" w14:textId="77777777" w:rsidR="00807F36" w:rsidRPr="00963169" w:rsidRDefault="00243611" w:rsidP="00FE7188">
      <w:pPr>
        <w:pStyle w:val="FormSection"/>
        <w:keepNext w:val="0"/>
        <w:keepLines/>
        <w:spacing w:before="160" w:after="100"/>
        <w:rPr>
          <w:rFonts w:asciiTheme="majorHAnsi" w:hAnsiTheme="majorHAnsi" w:cstheme="majorHAnsi"/>
          <w:lang w:val="ru-RU"/>
        </w:rPr>
      </w:pPr>
      <w:r w:rsidRPr="00963169">
        <w:rPr>
          <w:rFonts w:asciiTheme="majorHAnsi" w:hAnsiTheme="majorHAnsi" w:cstheme="majorHAnsi"/>
          <w:lang w:val="ru-RU"/>
        </w:rPr>
        <w:t>10.  ДОДАТНА ВРЕДНОСТ, ВИДЉИВОСТ И УПРАВЉАЊЕ РИЗИЦИМА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807F36" w:rsidRPr="00041698" w14:paraId="5EA3AE76" w14:textId="77777777">
        <w:trPr>
          <w:cantSplit/>
          <w:jc w:val="center"/>
        </w:trPr>
        <w:tc>
          <w:tcPr>
            <w:tcW w:w="1014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F60828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9"/>
                <w:lang w:val="ru-RU"/>
              </w:rPr>
              <w:t>10.1. Иновативност и додатна вредност пројекта</w:t>
            </w:r>
            <w:r w:rsidRPr="00963169">
              <w:rPr>
                <w:rFonts w:asciiTheme="majorHAnsi" w:hAnsiTheme="majorHAnsi" w:cstheme="majorHAnsi"/>
                <w:i/>
                <w:color w:val="5A5A5A"/>
                <w:sz w:val="17"/>
                <w:lang w:val="ru-RU"/>
              </w:rPr>
              <w:t xml:space="preserve">  (описати нове приступе, повезивање више прихватљивих активности и могућност примене резултата у другим срединама)</w:t>
            </w:r>
          </w:p>
        </w:tc>
      </w:tr>
      <w:tr w:rsidR="00807F36" w:rsidRPr="00041698" w14:paraId="7790DE98" w14:textId="77777777" w:rsidTr="00EF3F9E">
        <w:trPr>
          <w:cantSplit/>
          <w:trHeight w:val="22"/>
          <w:jc w:val="center"/>
        </w:trPr>
        <w:tc>
          <w:tcPr>
            <w:tcW w:w="1014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68CD18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</w:tr>
      <w:tr w:rsidR="00807F36" w:rsidRPr="00041698" w14:paraId="39A18424" w14:textId="77777777">
        <w:trPr>
          <w:cantSplit/>
          <w:jc w:val="center"/>
        </w:trPr>
        <w:tc>
          <w:tcPr>
            <w:tcW w:w="1014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B854FF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9"/>
                <w:lang w:val="ru-RU"/>
              </w:rPr>
              <w:t>10.2. Укључивање жена из руралних подручја и других осетљивих друштвених група</w:t>
            </w:r>
            <w:r w:rsidRPr="00963169">
              <w:rPr>
                <w:rFonts w:asciiTheme="majorHAnsi" w:hAnsiTheme="majorHAnsi" w:cstheme="majorHAnsi"/>
                <w:i/>
                <w:color w:val="5A5A5A"/>
                <w:sz w:val="17"/>
                <w:lang w:val="ru-RU"/>
              </w:rPr>
              <w:t xml:space="preserve">  (описати конкретне мере приступачности, информисања, избора и подршке)</w:t>
            </w:r>
          </w:p>
        </w:tc>
      </w:tr>
      <w:tr w:rsidR="00807F36" w:rsidRPr="00041698" w14:paraId="21600680" w14:textId="77777777" w:rsidTr="00EF3F9E">
        <w:trPr>
          <w:cantSplit/>
          <w:trHeight w:val="22"/>
          <w:jc w:val="center"/>
        </w:trPr>
        <w:tc>
          <w:tcPr>
            <w:tcW w:w="1014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573A30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</w:tr>
    </w:tbl>
    <w:p w14:paraId="7BE625C7" w14:textId="77777777" w:rsidR="00807F36" w:rsidRPr="00963169" w:rsidRDefault="00243611">
      <w:pPr>
        <w:pStyle w:val="FormSubsection"/>
        <w:keepLines/>
        <w:spacing w:after="60"/>
        <w:rPr>
          <w:rFonts w:asciiTheme="majorHAnsi" w:hAnsiTheme="majorHAnsi" w:cstheme="majorHAnsi"/>
          <w:lang w:val="ru-RU"/>
        </w:rPr>
      </w:pPr>
      <w:r w:rsidRPr="00963169">
        <w:rPr>
          <w:rFonts w:asciiTheme="majorHAnsi" w:hAnsiTheme="majorHAnsi" w:cstheme="majorHAnsi"/>
          <w:lang w:val="ru-RU"/>
        </w:rPr>
        <w:lastRenderedPageBreak/>
        <w:t>10.3. План видљивости и информисања јавности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7"/>
        <w:gridCol w:w="2324"/>
        <w:gridCol w:w="2381"/>
        <w:gridCol w:w="2381"/>
        <w:gridCol w:w="2665"/>
      </w:tblGrid>
      <w:tr w:rsidR="00807F36" w:rsidRPr="00963169" w14:paraId="265EFBFA" w14:textId="77777777">
        <w:trPr>
          <w:cantSplit/>
          <w:tblHeader/>
          <w:jc w:val="center"/>
        </w:trPr>
        <w:tc>
          <w:tcPr>
            <w:tcW w:w="397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4435DC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Р.б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.</w:t>
            </w:r>
          </w:p>
        </w:tc>
        <w:tc>
          <w:tcPr>
            <w:tcW w:w="232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D3086C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Активност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/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канал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комуникације</w:t>
            </w:r>
            <w:proofErr w:type="spellEnd"/>
          </w:p>
        </w:tc>
        <w:tc>
          <w:tcPr>
            <w:tcW w:w="238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F6E65C" w14:textId="6C60CDCA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sr-Cyrl-RS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Циљна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 xml:space="preserve"> </w:t>
            </w:r>
            <w:r w:rsidR="00694F99" w:rsidRPr="00963169">
              <w:rPr>
                <w:rFonts w:asciiTheme="majorHAnsi" w:hAnsiTheme="majorHAnsi" w:cstheme="majorHAnsi"/>
                <w:b/>
                <w:color w:val="000000"/>
                <w:sz w:val="17"/>
                <w:lang w:val="sr-Cyrl-RS"/>
              </w:rPr>
              <w:t>група</w:t>
            </w:r>
          </w:p>
        </w:tc>
        <w:tc>
          <w:tcPr>
            <w:tcW w:w="238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F02A12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Период</w:t>
            </w:r>
            <w:proofErr w:type="spellEnd"/>
          </w:p>
        </w:tc>
        <w:tc>
          <w:tcPr>
            <w:tcW w:w="266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8AB56E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Очекивани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домет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/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резултат</w:t>
            </w:r>
            <w:proofErr w:type="spellEnd"/>
          </w:p>
        </w:tc>
      </w:tr>
      <w:tr w:rsidR="00807F36" w:rsidRPr="00963169" w14:paraId="1FABEEC1" w14:textId="77777777" w:rsidTr="00EF3F9E">
        <w:trPr>
          <w:cantSplit/>
          <w:trHeight w:val="22"/>
          <w:jc w:val="center"/>
        </w:trPr>
        <w:tc>
          <w:tcPr>
            <w:tcW w:w="397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F57672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1</w:t>
            </w:r>
          </w:p>
        </w:tc>
        <w:tc>
          <w:tcPr>
            <w:tcW w:w="232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CDB7F8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38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17AD04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38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55391C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66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7CCC07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07F36" w:rsidRPr="00963169" w14:paraId="633C3B59" w14:textId="77777777" w:rsidTr="00EF3F9E">
        <w:trPr>
          <w:cantSplit/>
          <w:trHeight w:val="22"/>
          <w:jc w:val="center"/>
        </w:trPr>
        <w:tc>
          <w:tcPr>
            <w:tcW w:w="397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F31D29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2</w:t>
            </w:r>
          </w:p>
        </w:tc>
        <w:tc>
          <w:tcPr>
            <w:tcW w:w="232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B26678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38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11C265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38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5B4408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66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4DA83E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07F36" w:rsidRPr="00963169" w14:paraId="11460C5F" w14:textId="77777777" w:rsidTr="00EF3F9E">
        <w:trPr>
          <w:cantSplit/>
          <w:trHeight w:val="22"/>
          <w:jc w:val="center"/>
        </w:trPr>
        <w:tc>
          <w:tcPr>
            <w:tcW w:w="397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BDA398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3</w:t>
            </w:r>
          </w:p>
        </w:tc>
        <w:tc>
          <w:tcPr>
            <w:tcW w:w="232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39C507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38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4869F8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38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16336B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66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BF9864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07F36" w:rsidRPr="00963169" w14:paraId="5D9256BD" w14:textId="77777777" w:rsidTr="00EF3F9E">
        <w:trPr>
          <w:cantSplit/>
          <w:trHeight w:val="22"/>
          <w:jc w:val="center"/>
        </w:trPr>
        <w:tc>
          <w:tcPr>
            <w:tcW w:w="397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555C66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4</w:t>
            </w:r>
          </w:p>
        </w:tc>
        <w:tc>
          <w:tcPr>
            <w:tcW w:w="232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C67E43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38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E69593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38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04FBF3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66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426110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07F36" w:rsidRPr="00963169" w14:paraId="64281666" w14:textId="77777777" w:rsidTr="00EF3F9E">
        <w:trPr>
          <w:cantSplit/>
          <w:trHeight w:val="22"/>
          <w:jc w:val="center"/>
        </w:trPr>
        <w:tc>
          <w:tcPr>
            <w:tcW w:w="397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1665C7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5</w:t>
            </w:r>
          </w:p>
        </w:tc>
        <w:tc>
          <w:tcPr>
            <w:tcW w:w="232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4B6A52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38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3A9C44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38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899353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66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E5C0F4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</w:tbl>
    <w:p w14:paraId="70F02503" w14:textId="77777777" w:rsidR="00807F36" w:rsidRPr="00963169" w:rsidRDefault="00243611">
      <w:pPr>
        <w:pStyle w:val="FormSubsection"/>
        <w:keepLines/>
        <w:spacing w:after="60"/>
        <w:rPr>
          <w:rFonts w:asciiTheme="majorHAnsi" w:hAnsiTheme="majorHAnsi" w:cstheme="majorHAnsi"/>
        </w:rPr>
      </w:pPr>
      <w:r w:rsidRPr="00963169">
        <w:rPr>
          <w:rFonts w:asciiTheme="majorHAnsi" w:hAnsiTheme="majorHAnsi" w:cstheme="majorHAnsi"/>
        </w:rPr>
        <w:t xml:space="preserve">10.4. </w:t>
      </w:r>
      <w:proofErr w:type="spellStart"/>
      <w:r w:rsidRPr="00963169">
        <w:rPr>
          <w:rFonts w:asciiTheme="majorHAnsi" w:hAnsiTheme="majorHAnsi" w:cstheme="majorHAnsi"/>
        </w:rPr>
        <w:t>Анализа</w:t>
      </w:r>
      <w:proofErr w:type="spellEnd"/>
      <w:r w:rsidRPr="00963169">
        <w:rPr>
          <w:rFonts w:asciiTheme="majorHAnsi" w:hAnsiTheme="majorHAnsi" w:cstheme="majorHAnsi"/>
        </w:rPr>
        <w:t xml:space="preserve"> </w:t>
      </w:r>
      <w:proofErr w:type="spellStart"/>
      <w:r w:rsidRPr="00963169">
        <w:rPr>
          <w:rFonts w:asciiTheme="majorHAnsi" w:hAnsiTheme="majorHAnsi" w:cstheme="majorHAnsi"/>
        </w:rPr>
        <w:t>ризика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7"/>
        <w:gridCol w:w="2268"/>
        <w:gridCol w:w="1386"/>
        <w:gridCol w:w="996"/>
        <w:gridCol w:w="2835"/>
        <w:gridCol w:w="2268"/>
      </w:tblGrid>
      <w:tr w:rsidR="00807F36" w:rsidRPr="00963169" w14:paraId="400DF4DE" w14:textId="77777777" w:rsidTr="007B5D5C">
        <w:trPr>
          <w:cantSplit/>
          <w:tblHeader/>
          <w:jc w:val="center"/>
        </w:trPr>
        <w:tc>
          <w:tcPr>
            <w:tcW w:w="397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C8DBC0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6"/>
              </w:rPr>
              <w:t>Р.б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6"/>
              </w:rPr>
              <w:t>.</w:t>
            </w:r>
          </w:p>
        </w:tc>
        <w:tc>
          <w:tcPr>
            <w:tcW w:w="226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A331BC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6"/>
              </w:rPr>
              <w:t>Ризик</w:t>
            </w:r>
            <w:proofErr w:type="spellEnd"/>
          </w:p>
        </w:tc>
        <w:tc>
          <w:tcPr>
            <w:tcW w:w="1386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B7E319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6"/>
              </w:rPr>
              <w:t>Вероватноћа</w:t>
            </w:r>
            <w:proofErr w:type="spellEnd"/>
          </w:p>
        </w:tc>
        <w:tc>
          <w:tcPr>
            <w:tcW w:w="996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8FFBD7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6"/>
              </w:rPr>
              <w:t>Утицај</w:t>
            </w:r>
            <w:proofErr w:type="spellEnd"/>
          </w:p>
        </w:tc>
        <w:tc>
          <w:tcPr>
            <w:tcW w:w="283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BD4511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6"/>
              </w:rPr>
              <w:t>Мере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6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6"/>
              </w:rPr>
              <w:t>ублажавања</w:t>
            </w:r>
            <w:proofErr w:type="spellEnd"/>
          </w:p>
        </w:tc>
        <w:tc>
          <w:tcPr>
            <w:tcW w:w="226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0F6E79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6"/>
              </w:rPr>
              <w:t>Одговорни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6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6"/>
              </w:rPr>
              <w:t>актер</w:t>
            </w:r>
            <w:proofErr w:type="spellEnd"/>
          </w:p>
        </w:tc>
      </w:tr>
      <w:tr w:rsidR="00807F36" w:rsidRPr="00963169" w14:paraId="10C3A7EF" w14:textId="77777777" w:rsidTr="00EF3F9E">
        <w:trPr>
          <w:cantSplit/>
          <w:trHeight w:val="71"/>
          <w:jc w:val="center"/>
        </w:trPr>
        <w:tc>
          <w:tcPr>
            <w:tcW w:w="397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77CB7A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1</w:t>
            </w:r>
          </w:p>
        </w:tc>
        <w:tc>
          <w:tcPr>
            <w:tcW w:w="226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C5F78F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86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B72D0C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996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480830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83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6F09AF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D335CD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07F36" w:rsidRPr="00963169" w14:paraId="2562E485" w14:textId="77777777" w:rsidTr="00EF3F9E">
        <w:trPr>
          <w:cantSplit/>
          <w:trHeight w:val="22"/>
          <w:jc w:val="center"/>
        </w:trPr>
        <w:tc>
          <w:tcPr>
            <w:tcW w:w="397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0E2C1E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2</w:t>
            </w:r>
          </w:p>
        </w:tc>
        <w:tc>
          <w:tcPr>
            <w:tcW w:w="226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BF4424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86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A5F4F1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996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B28F8D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83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39F16F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F007AA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07F36" w:rsidRPr="00963169" w14:paraId="41A3B789" w14:textId="77777777" w:rsidTr="00EF3F9E">
        <w:trPr>
          <w:cantSplit/>
          <w:trHeight w:val="22"/>
          <w:jc w:val="center"/>
        </w:trPr>
        <w:tc>
          <w:tcPr>
            <w:tcW w:w="397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E57B09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3</w:t>
            </w:r>
          </w:p>
        </w:tc>
        <w:tc>
          <w:tcPr>
            <w:tcW w:w="226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ADF55D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86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AADC9B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996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DE0EC2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83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E90A69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412135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</w:tbl>
    <w:p w14:paraId="40C4CEF9" w14:textId="77777777" w:rsidR="00807F36" w:rsidRPr="00963169" w:rsidRDefault="00243611" w:rsidP="00FE7188">
      <w:pPr>
        <w:pStyle w:val="FormSection"/>
        <w:keepNext w:val="0"/>
        <w:keepLines/>
        <w:spacing w:before="160" w:after="100"/>
        <w:rPr>
          <w:rFonts w:asciiTheme="majorHAnsi" w:hAnsiTheme="majorHAnsi" w:cstheme="majorHAnsi"/>
        </w:rPr>
      </w:pPr>
      <w:r w:rsidRPr="00963169">
        <w:rPr>
          <w:rFonts w:asciiTheme="majorHAnsi" w:hAnsiTheme="majorHAnsi" w:cstheme="majorHAnsi"/>
        </w:rPr>
        <w:t>11.  БУЏЕТ ПРОЈЕКТА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807F36" w:rsidRPr="00041698" w14:paraId="32B265BF" w14:textId="77777777">
        <w:trPr>
          <w:cantSplit/>
          <w:jc w:val="center"/>
        </w:trPr>
        <w:tc>
          <w:tcPr>
            <w:tcW w:w="10148" w:type="dxa"/>
            <w:tcBorders>
              <w:top w:val="single" w:sz="8" w:space="0" w:color="55AAB2"/>
              <w:left w:val="single" w:sz="8" w:space="0" w:color="55AAB2"/>
              <w:bottom w:val="single" w:sz="8" w:space="0" w:color="55AAB2"/>
              <w:right w:val="single" w:sz="8" w:space="0" w:color="55AAB2"/>
            </w:tcBorders>
            <w:shd w:val="clear" w:color="auto" w:fill="E9F3F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44F5E1" w14:textId="77777777" w:rsidR="00807F36" w:rsidRPr="00963169" w:rsidRDefault="00243611" w:rsidP="007B5D5C">
            <w:pPr>
              <w:spacing w:before="40" w:after="40" w:line="240" w:lineRule="auto"/>
              <w:jc w:val="both"/>
              <w:rPr>
                <w:rFonts w:asciiTheme="majorHAnsi" w:hAnsiTheme="majorHAnsi" w:cstheme="majorHAnsi"/>
                <w:color w:val="2F4F52"/>
                <w:sz w:val="18"/>
                <w:lang w:val="ru-RU"/>
              </w:rPr>
            </w:pPr>
            <w:r w:rsidRPr="00963169">
              <w:rPr>
                <w:rFonts w:asciiTheme="majorHAnsi" w:hAnsiTheme="majorHAnsi" w:cstheme="majorHAnsi"/>
                <w:color w:val="2F4F52"/>
                <w:sz w:val="18"/>
                <w:lang w:val="ru-RU"/>
              </w:rPr>
              <w:t>Прихватљиви су трошкови ангажовања пројектног тима и стручних лица, организације и спровођења активности, набавке потрошног материјала и набавке опреме непосредно повезане са активностима. Сваки трошак мора бити економичан, оправдан, документован и повезан са конкретном активношћу. Исти трошак или активност не могу бити финансирани из два или више извора.</w:t>
            </w:r>
          </w:p>
          <w:p w14:paraId="4599A742" w14:textId="77777777" w:rsidR="007B5D5C" w:rsidRPr="00963169" w:rsidRDefault="007B5D5C" w:rsidP="007B5D5C">
            <w:pPr>
              <w:spacing w:before="40" w:after="40" w:line="240" w:lineRule="auto"/>
              <w:jc w:val="both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i/>
                <w:color w:val="5A5A5A"/>
                <w:sz w:val="17"/>
                <w:lang w:val="ru-RU"/>
              </w:rPr>
              <w:t>(сваку наредну табелу у оквиру тачке 11. Буџет пројекта проширити по потреби)</w:t>
            </w:r>
          </w:p>
        </w:tc>
      </w:tr>
    </w:tbl>
    <w:p w14:paraId="00F610E7" w14:textId="77777777" w:rsidR="00807F36" w:rsidRPr="00963169" w:rsidRDefault="00243611">
      <w:pPr>
        <w:pStyle w:val="FormSubsection"/>
        <w:keepLines/>
        <w:spacing w:after="60"/>
        <w:rPr>
          <w:rFonts w:asciiTheme="majorHAnsi" w:hAnsiTheme="majorHAnsi" w:cstheme="majorHAnsi"/>
        </w:rPr>
      </w:pPr>
      <w:r w:rsidRPr="00963169">
        <w:rPr>
          <w:rFonts w:asciiTheme="majorHAnsi" w:hAnsiTheme="majorHAnsi" w:cstheme="majorHAnsi"/>
        </w:rPr>
        <w:t>11.1. Д</w:t>
      </w:r>
      <w:proofErr w:type="spellStart"/>
      <w:r w:rsidRPr="00963169">
        <w:rPr>
          <w:rFonts w:asciiTheme="majorHAnsi" w:hAnsiTheme="majorHAnsi" w:cstheme="majorHAnsi"/>
        </w:rPr>
        <w:t>етаљан</w:t>
      </w:r>
      <w:proofErr w:type="spellEnd"/>
      <w:r w:rsidRPr="00963169">
        <w:rPr>
          <w:rFonts w:asciiTheme="majorHAnsi" w:hAnsiTheme="majorHAnsi" w:cstheme="majorHAnsi"/>
        </w:rPr>
        <w:t xml:space="preserve"> </w:t>
      </w:r>
      <w:proofErr w:type="spellStart"/>
      <w:r w:rsidRPr="00963169">
        <w:rPr>
          <w:rFonts w:asciiTheme="majorHAnsi" w:hAnsiTheme="majorHAnsi" w:cstheme="majorHAnsi"/>
        </w:rPr>
        <w:t>буџет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0"/>
        <w:gridCol w:w="2720"/>
        <w:gridCol w:w="1162"/>
        <w:gridCol w:w="765"/>
        <w:gridCol w:w="794"/>
        <w:gridCol w:w="1191"/>
        <w:gridCol w:w="2976"/>
      </w:tblGrid>
      <w:tr w:rsidR="00807F36" w:rsidRPr="00963169" w14:paraId="1BE95DCF" w14:textId="77777777" w:rsidTr="00320BAE">
        <w:trPr>
          <w:cantSplit/>
          <w:trHeight w:val="680"/>
          <w:tblHeader/>
          <w:jc w:val="center"/>
        </w:trPr>
        <w:tc>
          <w:tcPr>
            <w:tcW w:w="54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F33073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>Р.б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>.</w:t>
            </w:r>
          </w:p>
        </w:tc>
        <w:tc>
          <w:tcPr>
            <w:tcW w:w="272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96B75E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>Буџетска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>категорија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 xml:space="preserve"> и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>ставка</w:t>
            </w:r>
            <w:proofErr w:type="spellEnd"/>
          </w:p>
        </w:tc>
        <w:tc>
          <w:tcPr>
            <w:tcW w:w="1162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0585D0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>Веза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>са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>активношћу</w:t>
            </w:r>
            <w:proofErr w:type="spellEnd"/>
          </w:p>
        </w:tc>
        <w:tc>
          <w:tcPr>
            <w:tcW w:w="76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EB4F49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>Јединица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>мере</w:t>
            </w:r>
            <w:proofErr w:type="spellEnd"/>
          </w:p>
        </w:tc>
        <w:tc>
          <w:tcPr>
            <w:tcW w:w="79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4D6B61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>Количина</w:t>
            </w:r>
            <w:proofErr w:type="spellEnd"/>
          </w:p>
        </w:tc>
        <w:tc>
          <w:tcPr>
            <w:tcW w:w="119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1D2321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>Јединична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>цена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 xml:space="preserve"> (РСД)</w:t>
            </w:r>
          </w:p>
        </w:tc>
        <w:tc>
          <w:tcPr>
            <w:tcW w:w="2976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D9A05A" w14:textId="640F64BB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sr-Cyrl-RS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>Укупан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5"/>
              </w:rPr>
              <w:t>износ</w:t>
            </w:r>
            <w:proofErr w:type="spellEnd"/>
          </w:p>
        </w:tc>
      </w:tr>
      <w:tr w:rsidR="00807F36" w:rsidRPr="00041698" w14:paraId="13184386" w14:textId="77777777">
        <w:trPr>
          <w:cantSplit/>
          <w:trHeight w:val="425"/>
          <w:jc w:val="center"/>
        </w:trPr>
        <w:tc>
          <w:tcPr>
            <w:tcW w:w="10148" w:type="dxa"/>
            <w:gridSpan w:val="7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E9F3F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C0A21E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  <w:lang w:val="ru-RU"/>
              </w:rPr>
              <w:t>1. Трошкови ангажовања пројектног тима и стручних лица</w:t>
            </w:r>
          </w:p>
        </w:tc>
      </w:tr>
      <w:tr w:rsidR="00807F36" w:rsidRPr="00963169" w14:paraId="33103801" w14:textId="77777777" w:rsidTr="00320BAE">
        <w:trPr>
          <w:cantSplit/>
          <w:trHeight w:val="53"/>
          <w:jc w:val="center"/>
        </w:trPr>
        <w:tc>
          <w:tcPr>
            <w:tcW w:w="54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E3315D" w14:textId="6A9A7E18" w:rsidR="00807F36" w:rsidRPr="00963169" w:rsidRDefault="00320BAE" w:rsidP="00320BAE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963169">
              <w:rPr>
                <w:rFonts w:asciiTheme="majorHAnsi" w:hAnsiTheme="majorHAnsi" w:cstheme="majorHAnsi"/>
                <w:sz w:val="16"/>
                <w:szCs w:val="16"/>
              </w:rPr>
              <w:t>1.1</w:t>
            </w:r>
          </w:p>
        </w:tc>
        <w:tc>
          <w:tcPr>
            <w:tcW w:w="272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E993C7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  <w:tc>
          <w:tcPr>
            <w:tcW w:w="1162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D70EB6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  <w:tc>
          <w:tcPr>
            <w:tcW w:w="76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5C38A8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  <w:tc>
          <w:tcPr>
            <w:tcW w:w="79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F64506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  <w:tc>
          <w:tcPr>
            <w:tcW w:w="119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C2AF4D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  <w:tc>
          <w:tcPr>
            <w:tcW w:w="2976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CBF8B0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</w:tr>
      <w:tr w:rsidR="00807F36" w:rsidRPr="00041698" w14:paraId="31DF62BC" w14:textId="77777777">
        <w:trPr>
          <w:cantSplit/>
          <w:trHeight w:val="425"/>
          <w:jc w:val="center"/>
        </w:trPr>
        <w:tc>
          <w:tcPr>
            <w:tcW w:w="10148" w:type="dxa"/>
            <w:gridSpan w:val="7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E9F3F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413D75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  <w:lang w:val="ru-RU"/>
              </w:rPr>
              <w:t>2. Трошкови организације и спровођења пројектних активности</w:t>
            </w:r>
          </w:p>
        </w:tc>
      </w:tr>
      <w:tr w:rsidR="00807F36" w:rsidRPr="00963169" w14:paraId="7169708C" w14:textId="77777777" w:rsidTr="00320BAE">
        <w:trPr>
          <w:cantSplit/>
          <w:trHeight w:val="71"/>
          <w:jc w:val="center"/>
        </w:trPr>
        <w:tc>
          <w:tcPr>
            <w:tcW w:w="54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DB86BC" w14:textId="5EEF1B8E" w:rsidR="00807F36" w:rsidRPr="00963169" w:rsidRDefault="00320BAE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963169">
              <w:rPr>
                <w:rFonts w:asciiTheme="majorHAnsi" w:hAnsiTheme="majorHAnsi" w:cstheme="majorHAnsi"/>
                <w:sz w:val="16"/>
                <w:szCs w:val="16"/>
              </w:rPr>
              <w:t>2.1</w:t>
            </w:r>
          </w:p>
        </w:tc>
        <w:tc>
          <w:tcPr>
            <w:tcW w:w="272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CCBC3B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  <w:tc>
          <w:tcPr>
            <w:tcW w:w="1162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5DE66B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  <w:tc>
          <w:tcPr>
            <w:tcW w:w="76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5D7F8C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  <w:tc>
          <w:tcPr>
            <w:tcW w:w="79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F2EE41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  <w:tc>
          <w:tcPr>
            <w:tcW w:w="119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AB2FFF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  <w:tc>
          <w:tcPr>
            <w:tcW w:w="2976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5D1132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</w:tr>
      <w:tr w:rsidR="00807F36" w:rsidRPr="00041698" w14:paraId="7087CB95" w14:textId="77777777">
        <w:trPr>
          <w:cantSplit/>
          <w:trHeight w:val="425"/>
          <w:jc w:val="center"/>
        </w:trPr>
        <w:tc>
          <w:tcPr>
            <w:tcW w:w="10148" w:type="dxa"/>
            <w:gridSpan w:val="7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E9F3F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0F8C57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  <w:lang w:val="ru-RU"/>
              </w:rPr>
              <w:t>3. Потрошни материјал неопходан за реализацију пројекта</w:t>
            </w:r>
          </w:p>
        </w:tc>
      </w:tr>
      <w:tr w:rsidR="00807F36" w:rsidRPr="00963169" w14:paraId="4A823372" w14:textId="77777777" w:rsidTr="00320BAE">
        <w:trPr>
          <w:cantSplit/>
          <w:trHeight w:val="22"/>
          <w:jc w:val="center"/>
        </w:trPr>
        <w:tc>
          <w:tcPr>
            <w:tcW w:w="54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99F536" w14:textId="4A10E3D5" w:rsidR="00807F36" w:rsidRPr="00963169" w:rsidRDefault="00320BAE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sz w:val="16"/>
                <w:szCs w:val="16"/>
              </w:rPr>
              <w:t>3.1</w:t>
            </w:r>
          </w:p>
        </w:tc>
        <w:tc>
          <w:tcPr>
            <w:tcW w:w="272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60E99D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  <w:tc>
          <w:tcPr>
            <w:tcW w:w="1162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EF1370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  <w:tc>
          <w:tcPr>
            <w:tcW w:w="76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C97CA4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  <w:tc>
          <w:tcPr>
            <w:tcW w:w="79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BF67F6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  <w:tc>
          <w:tcPr>
            <w:tcW w:w="119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040DAC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  <w:tc>
          <w:tcPr>
            <w:tcW w:w="2976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8D805D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</w:tr>
      <w:tr w:rsidR="00807F36" w:rsidRPr="00041698" w14:paraId="13710BDE" w14:textId="77777777">
        <w:trPr>
          <w:cantSplit/>
          <w:trHeight w:val="425"/>
          <w:jc w:val="center"/>
        </w:trPr>
        <w:tc>
          <w:tcPr>
            <w:tcW w:w="10148" w:type="dxa"/>
            <w:gridSpan w:val="7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E9F3F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FC7713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  <w:lang w:val="ru-RU"/>
              </w:rPr>
              <w:t>4. Опрема непосредно повезана са пројектним активностима</w:t>
            </w:r>
          </w:p>
        </w:tc>
      </w:tr>
      <w:tr w:rsidR="00807F36" w:rsidRPr="00963169" w14:paraId="26A72092" w14:textId="77777777" w:rsidTr="00320BAE">
        <w:trPr>
          <w:cantSplit/>
          <w:trHeight w:val="22"/>
          <w:jc w:val="center"/>
        </w:trPr>
        <w:tc>
          <w:tcPr>
            <w:tcW w:w="54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E0EFC7" w14:textId="1D916564" w:rsidR="00807F36" w:rsidRPr="00963169" w:rsidRDefault="00320BAE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sz w:val="16"/>
                <w:szCs w:val="16"/>
              </w:rPr>
              <w:t>4.1</w:t>
            </w:r>
          </w:p>
        </w:tc>
        <w:tc>
          <w:tcPr>
            <w:tcW w:w="272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5BA4F9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  <w:tc>
          <w:tcPr>
            <w:tcW w:w="1162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D4ABB6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  <w:tc>
          <w:tcPr>
            <w:tcW w:w="76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CC5B5B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  <w:tc>
          <w:tcPr>
            <w:tcW w:w="79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D97DA9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  <w:tc>
          <w:tcPr>
            <w:tcW w:w="1191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B6A0CC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  <w:tc>
          <w:tcPr>
            <w:tcW w:w="2976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439B3B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</w:tr>
    </w:tbl>
    <w:p w14:paraId="74993782" w14:textId="77777777" w:rsidR="00807F36" w:rsidRPr="00963169" w:rsidRDefault="00243611">
      <w:pPr>
        <w:pStyle w:val="FormSubsection"/>
        <w:keepLines/>
        <w:spacing w:after="60"/>
        <w:rPr>
          <w:rFonts w:asciiTheme="majorHAnsi" w:hAnsiTheme="majorHAnsi" w:cstheme="majorHAnsi"/>
          <w:lang w:val="ru-RU"/>
        </w:rPr>
      </w:pPr>
      <w:r w:rsidRPr="00963169">
        <w:rPr>
          <w:rFonts w:asciiTheme="majorHAnsi" w:hAnsiTheme="majorHAnsi" w:cstheme="majorHAnsi"/>
          <w:lang w:val="ru-RU"/>
        </w:rPr>
        <w:t>11.2. Преглед буџета према изворима финансирања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50"/>
        <w:gridCol w:w="4610"/>
        <w:gridCol w:w="2324"/>
        <w:gridCol w:w="2665"/>
      </w:tblGrid>
      <w:tr w:rsidR="00807F36" w:rsidRPr="00963169" w14:paraId="5E13579C" w14:textId="77777777" w:rsidTr="00320BAE">
        <w:trPr>
          <w:cantSplit/>
          <w:tblHeader/>
          <w:jc w:val="center"/>
        </w:trPr>
        <w:tc>
          <w:tcPr>
            <w:tcW w:w="55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F37874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Р.б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.</w:t>
            </w:r>
          </w:p>
        </w:tc>
        <w:tc>
          <w:tcPr>
            <w:tcW w:w="461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60C84A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Извор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финансирања</w:t>
            </w:r>
            <w:proofErr w:type="spellEnd"/>
          </w:p>
        </w:tc>
        <w:tc>
          <w:tcPr>
            <w:tcW w:w="232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F0AA08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Износ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 xml:space="preserve"> (РСД)</w:t>
            </w:r>
          </w:p>
        </w:tc>
        <w:tc>
          <w:tcPr>
            <w:tcW w:w="266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B7C528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Учешће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 xml:space="preserve"> у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укупном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буџету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 xml:space="preserve"> (%)</w:t>
            </w:r>
          </w:p>
        </w:tc>
      </w:tr>
      <w:tr w:rsidR="00807F36" w:rsidRPr="00041698" w14:paraId="6D9C5520" w14:textId="77777777" w:rsidTr="00320BAE">
        <w:trPr>
          <w:cantSplit/>
          <w:trHeight w:val="22"/>
          <w:jc w:val="center"/>
        </w:trPr>
        <w:tc>
          <w:tcPr>
            <w:tcW w:w="55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14F1D6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1</w:t>
            </w:r>
          </w:p>
        </w:tc>
        <w:tc>
          <w:tcPr>
            <w:tcW w:w="461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8E6360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7"/>
                <w:lang w:val="ru-RU"/>
              </w:rPr>
              <w:t>Средства која се траже од Завода</w:t>
            </w:r>
          </w:p>
        </w:tc>
        <w:tc>
          <w:tcPr>
            <w:tcW w:w="232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874267" w14:textId="77777777" w:rsidR="00807F36" w:rsidRPr="00963169" w:rsidRDefault="00807F36">
            <w:pPr>
              <w:spacing w:after="0" w:line="240" w:lineRule="auto"/>
              <w:jc w:val="right"/>
              <w:rPr>
                <w:rFonts w:asciiTheme="majorHAnsi" w:hAnsiTheme="majorHAnsi" w:cstheme="majorHAnsi"/>
                <w:lang w:val="ru-RU"/>
              </w:rPr>
            </w:pPr>
          </w:p>
        </w:tc>
        <w:tc>
          <w:tcPr>
            <w:tcW w:w="266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0B2BCE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u-RU"/>
              </w:rPr>
            </w:pPr>
          </w:p>
        </w:tc>
      </w:tr>
      <w:tr w:rsidR="00807F36" w:rsidRPr="00963169" w14:paraId="0E830917" w14:textId="77777777" w:rsidTr="00320BAE">
        <w:trPr>
          <w:cantSplit/>
          <w:trHeight w:val="22"/>
          <w:jc w:val="center"/>
        </w:trPr>
        <w:tc>
          <w:tcPr>
            <w:tcW w:w="55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7A9DEB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2</w:t>
            </w:r>
          </w:p>
        </w:tc>
        <w:tc>
          <w:tcPr>
            <w:tcW w:w="461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090C6C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Сопствена</w:t>
            </w:r>
            <w:proofErr w:type="spellEnd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средства</w:t>
            </w:r>
            <w:proofErr w:type="spellEnd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 xml:space="preserve"> ЈЛС</w:t>
            </w:r>
          </w:p>
        </w:tc>
        <w:tc>
          <w:tcPr>
            <w:tcW w:w="232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2E7317" w14:textId="77777777" w:rsidR="00807F36" w:rsidRPr="00963169" w:rsidRDefault="00807F36">
            <w:pPr>
              <w:spacing w:after="0" w:line="240" w:lineRule="auto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266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01E38B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807F36" w:rsidRPr="00963169" w14:paraId="340C25E5" w14:textId="77777777" w:rsidTr="00320BAE">
        <w:trPr>
          <w:cantSplit/>
          <w:trHeight w:val="26"/>
          <w:jc w:val="center"/>
        </w:trPr>
        <w:tc>
          <w:tcPr>
            <w:tcW w:w="55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0076AB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lastRenderedPageBreak/>
              <w:t>3</w:t>
            </w:r>
          </w:p>
        </w:tc>
        <w:tc>
          <w:tcPr>
            <w:tcW w:w="461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D56A9E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Средства</w:t>
            </w:r>
            <w:proofErr w:type="spellEnd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партнера</w:t>
            </w:r>
            <w:proofErr w:type="spellEnd"/>
          </w:p>
        </w:tc>
        <w:tc>
          <w:tcPr>
            <w:tcW w:w="232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6809D7" w14:textId="77777777" w:rsidR="00807F36" w:rsidRPr="00963169" w:rsidRDefault="00807F36">
            <w:pPr>
              <w:spacing w:after="0" w:line="240" w:lineRule="auto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266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4E39CC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807F36" w:rsidRPr="00963169" w14:paraId="375029CC" w14:textId="77777777" w:rsidTr="00320BAE">
        <w:trPr>
          <w:cantSplit/>
          <w:trHeight w:val="22"/>
          <w:jc w:val="center"/>
        </w:trPr>
        <w:tc>
          <w:tcPr>
            <w:tcW w:w="55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16936A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4</w:t>
            </w:r>
          </w:p>
        </w:tc>
        <w:tc>
          <w:tcPr>
            <w:tcW w:w="461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221F73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Други</w:t>
            </w:r>
            <w:proofErr w:type="spellEnd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домаћи</w:t>
            </w:r>
            <w:proofErr w:type="spellEnd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/</w:t>
            </w:r>
            <w:proofErr w:type="spellStart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међународни</w:t>
            </w:r>
            <w:proofErr w:type="spellEnd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извори</w:t>
            </w:r>
            <w:proofErr w:type="spellEnd"/>
          </w:p>
        </w:tc>
        <w:tc>
          <w:tcPr>
            <w:tcW w:w="232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1D65BB" w14:textId="77777777" w:rsidR="00807F36" w:rsidRPr="00963169" w:rsidRDefault="00807F36">
            <w:pPr>
              <w:spacing w:after="0" w:line="240" w:lineRule="auto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266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D48071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807F36" w:rsidRPr="00963169" w14:paraId="196869EA" w14:textId="77777777" w:rsidTr="00320BAE">
        <w:trPr>
          <w:cantSplit/>
          <w:trHeight w:val="22"/>
          <w:jc w:val="center"/>
        </w:trPr>
        <w:tc>
          <w:tcPr>
            <w:tcW w:w="55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603A2C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5</w:t>
            </w:r>
          </w:p>
        </w:tc>
        <w:tc>
          <w:tcPr>
            <w:tcW w:w="461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A47344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УКУПНО СУФИНАНСИРАЊЕ</w:t>
            </w:r>
          </w:p>
        </w:tc>
        <w:tc>
          <w:tcPr>
            <w:tcW w:w="232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E6C3E9" w14:textId="77777777" w:rsidR="00807F36" w:rsidRPr="00963169" w:rsidRDefault="00807F36">
            <w:pPr>
              <w:spacing w:after="0" w:line="240" w:lineRule="auto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266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F66AB5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807F36" w:rsidRPr="00963169" w14:paraId="78E452CD" w14:textId="77777777" w:rsidTr="00320BAE">
        <w:trPr>
          <w:cantSplit/>
          <w:trHeight w:val="22"/>
          <w:jc w:val="center"/>
        </w:trPr>
        <w:tc>
          <w:tcPr>
            <w:tcW w:w="55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B3E669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6</w:t>
            </w:r>
          </w:p>
        </w:tc>
        <w:tc>
          <w:tcPr>
            <w:tcW w:w="461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9B3105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УКУПНА ВРЕДНОСТ ПРОЈЕКТА</w:t>
            </w:r>
          </w:p>
        </w:tc>
        <w:tc>
          <w:tcPr>
            <w:tcW w:w="232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B475B7" w14:textId="77777777" w:rsidR="00807F36" w:rsidRPr="00963169" w:rsidRDefault="00807F36">
            <w:pPr>
              <w:spacing w:after="0" w:line="240" w:lineRule="auto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2665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14D2B5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</w:tbl>
    <w:p w14:paraId="6A4975A3" w14:textId="77777777" w:rsidR="00807F36" w:rsidRPr="00963169" w:rsidRDefault="00243611">
      <w:pPr>
        <w:pStyle w:val="FormSubsection"/>
        <w:keepLines/>
        <w:spacing w:after="60"/>
        <w:rPr>
          <w:rFonts w:asciiTheme="majorHAnsi" w:hAnsiTheme="majorHAnsi" w:cstheme="majorHAnsi"/>
          <w:lang w:val="ru-RU"/>
        </w:rPr>
      </w:pPr>
      <w:r w:rsidRPr="00963169">
        <w:rPr>
          <w:rFonts w:asciiTheme="majorHAnsi" w:hAnsiTheme="majorHAnsi" w:cstheme="majorHAnsi"/>
          <w:lang w:val="ru-RU"/>
        </w:rPr>
        <w:t>11.3. Образложење економичности и тржишне оправданости буџета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807F36" w:rsidRPr="00041698" w14:paraId="7B3FC699" w14:textId="77777777">
        <w:trPr>
          <w:cantSplit/>
          <w:jc w:val="center"/>
        </w:trPr>
        <w:tc>
          <w:tcPr>
            <w:tcW w:w="1014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F1F1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32CF19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b/>
                <w:color w:val="000000"/>
                <w:sz w:val="19"/>
                <w:lang w:val="ru-RU"/>
              </w:rPr>
              <w:t>Навести начин утврђивања цена, разлоге за избор кључних буџетских ставки и образложити њихову неопходност за постизање резултата.</w:t>
            </w:r>
          </w:p>
        </w:tc>
      </w:tr>
      <w:tr w:rsidR="00807F36" w:rsidRPr="00041698" w14:paraId="60058702" w14:textId="77777777" w:rsidTr="00EF3F9E">
        <w:trPr>
          <w:cantSplit/>
          <w:trHeight w:val="476"/>
          <w:jc w:val="center"/>
        </w:trPr>
        <w:tc>
          <w:tcPr>
            <w:tcW w:w="1014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B2D796" w14:textId="77777777" w:rsidR="00EF3F9E" w:rsidRPr="00963169" w:rsidRDefault="00EF3F9E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</w:tr>
    </w:tbl>
    <w:p w14:paraId="4F1938AF" w14:textId="77777777" w:rsidR="00807F36" w:rsidRPr="00963169" w:rsidRDefault="00243611" w:rsidP="00FE7188">
      <w:pPr>
        <w:pStyle w:val="FormSection"/>
        <w:keepNext w:val="0"/>
        <w:keepLines/>
        <w:spacing w:before="160" w:after="100"/>
        <w:rPr>
          <w:rFonts w:asciiTheme="majorHAnsi" w:hAnsiTheme="majorHAnsi" w:cstheme="majorHAnsi"/>
          <w:lang w:val="ru-RU"/>
        </w:rPr>
      </w:pPr>
      <w:r w:rsidRPr="00963169">
        <w:rPr>
          <w:rFonts w:asciiTheme="majorHAnsi" w:hAnsiTheme="majorHAnsi" w:cstheme="majorHAnsi"/>
          <w:lang w:val="ru-RU"/>
        </w:rPr>
        <w:t>12.  КОНТРОЛНА ЛИСТА ОБАВЕЗНЕ ДОКУМЕНТАЦИЈЕ</w:t>
      </w:r>
    </w:p>
    <w:p w14:paraId="15A06D11" w14:textId="77777777" w:rsidR="00807F36" w:rsidRPr="00963169" w:rsidRDefault="00243611">
      <w:pPr>
        <w:pStyle w:val="FormNote"/>
        <w:ind w:left="85" w:right="85"/>
        <w:rPr>
          <w:rFonts w:asciiTheme="majorHAnsi" w:hAnsiTheme="majorHAnsi" w:cstheme="majorHAnsi"/>
          <w:lang w:val="ru-RU"/>
        </w:rPr>
      </w:pPr>
      <w:r w:rsidRPr="00963169">
        <w:rPr>
          <w:rFonts w:asciiTheme="majorHAnsi" w:hAnsiTheme="majorHAnsi" w:cstheme="majorHAnsi"/>
          <w:i/>
          <w:lang w:val="ru-RU"/>
        </w:rPr>
        <w:t>Подносилац означава да ли је документ приложен. Контролна листа не замењује ниједан од обавезних докумената.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6837"/>
        <w:gridCol w:w="1350"/>
        <w:gridCol w:w="1508"/>
      </w:tblGrid>
      <w:tr w:rsidR="00807F36" w:rsidRPr="00963169" w14:paraId="569CBDD2" w14:textId="77777777" w:rsidTr="00EF3F9E">
        <w:trPr>
          <w:cantSplit/>
          <w:tblHeader/>
          <w:jc w:val="center"/>
        </w:trPr>
        <w:tc>
          <w:tcPr>
            <w:tcW w:w="45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84D056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Р.б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.</w:t>
            </w:r>
          </w:p>
        </w:tc>
        <w:tc>
          <w:tcPr>
            <w:tcW w:w="6837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393EB1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Документ</w:t>
            </w:r>
            <w:proofErr w:type="spellEnd"/>
          </w:p>
        </w:tc>
        <w:tc>
          <w:tcPr>
            <w:tcW w:w="135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270921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Приложено</w:t>
            </w:r>
            <w:proofErr w:type="spellEnd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 xml:space="preserve"> (ДА/НЕ)</w:t>
            </w:r>
          </w:p>
        </w:tc>
        <w:tc>
          <w:tcPr>
            <w:tcW w:w="150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D9E8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962880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963169">
              <w:rPr>
                <w:rFonts w:asciiTheme="majorHAnsi" w:hAnsiTheme="majorHAnsi" w:cstheme="majorHAnsi"/>
                <w:b/>
                <w:color w:val="000000"/>
                <w:sz w:val="17"/>
              </w:rPr>
              <w:t>Напомена</w:t>
            </w:r>
            <w:proofErr w:type="spellEnd"/>
          </w:p>
        </w:tc>
      </w:tr>
      <w:tr w:rsidR="00807F36" w:rsidRPr="00963169" w14:paraId="7029CC7E" w14:textId="77777777" w:rsidTr="00EF3F9E">
        <w:trPr>
          <w:cantSplit/>
          <w:trHeight w:val="125"/>
          <w:jc w:val="center"/>
        </w:trPr>
        <w:tc>
          <w:tcPr>
            <w:tcW w:w="45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2AFCED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7"/>
                <w:szCs w:val="17"/>
              </w:rPr>
              <w:t>1</w:t>
            </w:r>
          </w:p>
        </w:tc>
        <w:tc>
          <w:tcPr>
            <w:tcW w:w="6837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35EF8E" w14:textId="21F5E2DC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  <w:lang w:val="sr-Cyrl-RS"/>
              </w:rPr>
            </w:pPr>
            <w:proofErr w:type="spellStart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Попуњен</w:t>
            </w:r>
            <w:proofErr w:type="spellEnd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образац</w:t>
            </w:r>
            <w:proofErr w:type="spellEnd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 xml:space="preserve"> </w:t>
            </w:r>
            <w:proofErr w:type="spellStart"/>
            <w:r w:rsidRPr="00963169">
              <w:rPr>
                <w:rFonts w:asciiTheme="majorHAnsi" w:hAnsiTheme="majorHAnsi" w:cstheme="majorHAnsi"/>
                <w:color w:val="000000"/>
                <w:sz w:val="17"/>
              </w:rPr>
              <w:t>пријаве</w:t>
            </w:r>
            <w:proofErr w:type="spellEnd"/>
            <w:r w:rsidR="003E3BC4" w:rsidRPr="00963169">
              <w:rPr>
                <w:rFonts w:asciiTheme="majorHAnsi" w:hAnsiTheme="majorHAnsi" w:cstheme="majorHAnsi"/>
                <w:color w:val="000000"/>
                <w:sz w:val="17"/>
                <w:lang w:val="sr-Cyrl-RS"/>
              </w:rPr>
              <w:t xml:space="preserve"> </w:t>
            </w:r>
            <w:r w:rsidR="003E3BC4" w:rsidRPr="00963169">
              <w:rPr>
                <w:rFonts w:asciiTheme="majorHAnsi" w:hAnsiTheme="majorHAnsi" w:cstheme="majorHAnsi"/>
                <w:color w:val="000000"/>
                <w:sz w:val="17"/>
                <w:lang w:val="ru-RU"/>
              </w:rPr>
              <w:t>(Образац 01)</w:t>
            </w:r>
          </w:p>
        </w:tc>
        <w:tc>
          <w:tcPr>
            <w:tcW w:w="135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34042A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0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90701C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07F36" w:rsidRPr="00041698" w14:paraId="28E9DEC6" w14:textId="77777777" w:rsidTr="00EF3F9E">
        <w:trPr>
          <w:cantSplit/>
          <w:trHeight w:val="22"/>
          <w:jc w:val="center"/>
        </w:trPr>
        <w:tc>
          <w:tcPr>
            <w:tcW w:w="45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96F463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7"/>
                <w:szCs w:val="17"/>
              </w:rPr>
              <w:t>2</w:t>
            </w:r>
          </w:p>
        </w:tc>
        <w:tc>
          <w:tcPr>
            <w:tcW w:w="6837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2A421F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7"/>
                <w:lang w:val="ru-RU"/>
              </w:rPr>
              <w:t>Акт којим се доказује усвајање локалног акционог плана за родну равноправност</w:t>
            </w:r>
          </w:p>
        </w:tc>
        <w:tc>
          <w:tcPr>
            <w:tcW w:w="135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377608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u-RU"/>
              </w:rPr>
            </w:pPr>
          </w:p>
        </w:tc>
        <w:tc>
          <w:tcPr>
            <w:tcW w:w="150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B7D16B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</w:tr>
      <w:tr w:rsidR="00807F36" w:rsidRPr="00041698" w14:paraId="26FAF78A" w14:textId="77777777" w:rsidTr="00EF3F9E">
        <w:trPr>
          <w:cantSplit/>
          <w:trHeight w:val="22"/>
          <w:jc w:val="center"/>
        </w:trPr>
        <w:tc>
          <w:tcPr>
            <w:tcW w:w="45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141F2F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7"/>
                <w:szCs w:val="17"/>
              </w:rPr>
              <w:t>3</w:t>
            </w:r>
          </w:p>
        </w:tc>
        <w:tc>
          <w:tcPr>
            <w:tcW w:w="6837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FD0BF7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7"/>
                <w:lang w:val="ru-RU"/>
              </w:rPr>
              <w:t>Доказ о успостављеном телу или одређеном лицу за родну равноправност</w:t>
            </w:r>
          </w:p>
        </w:tc>
        <w:tc>
          <w:tcPr>
            <w:tcW w:w="135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C0DDEB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u-RU"/>
              </w:rPr>
            </w:pPr>
          </w:p>
        </w:tc>
        <w:tc>
          <w:tcPr>
            <w:tcW w:w="150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0E5C62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</w:tr>
      <w:tr w:rsidR="00807F36" w:rsidRPr="00041698" w14:paraId="2EED7C00" w14:textId="77777777" w:rsidTr="00EF3F9E">
        <w:trPr>
          <w:cantSplit/>
          <w:trHeight w:val="22"/>
          <w:jc w:val="center"/>
        </w:trPr>
        <w:tc>
          <w:tcPr>
            <w:tcW w:w="45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F73E1B" w14:textId="77777777" w:rsidR="00807F36" w:rsidRPr="00963169" w:rsidRDefault="00243611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7"/>
                <w:szCs w:val="17"/>
              </w:rPr>
              <w:t>4</w:t>
            </w:r>
          </w:p>
        </w:tc>
        <w:tc>
          <w:tcPr>
            <w:tcW w:w="6837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16448A" w14:textId="77777777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7"/>
                <w:lang w:val="ru-RU"/>
              </w:rPr>
              <w:t>Споразум, односно споразуми о сарадњи/партнерству</w:t>
            </w:r>
          </w:p>
        </w:tc>
        <w:tc>
          <w:tcPr>
            <w:tcW w:w="135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50147D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u-RU"/>
              </w:rPr>
            </w:pPr>
          </w:p>
        </w:tc>
        <w:tc>
          <w:tcPr>
            <w:tcW w:w="150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2EB549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</w:tr>
      <w:tr w:rsidR="00807F36" w:rsidRPr="00041698" w14:paraId="3C7C58AE" w14:textId="77777777" w:rsidTr="00EF3F9E">
        <w:trPr>
          <w:cantSplit/>
          <w:trHeight w:val="22"/>
          <w:jc w:val="center"/>
        </w:trPr>
        <w:tc>
          <w:tcPr>
            <w:tcW w:w="45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6E84A4" w14:textId="096EF915" w:rsidR="00807F36" w:rsidRPr="00963169" w:rsidRDefault="00812A9C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963169">
              <w:rPr>
                <w:rFonts w:asciiTheme="majorHAnsi" w:hAnsiTheme="majorHAnsi" w:cstheme="majorHAnsi"/>
                <w:sz w:val="17"/>
                <w:szCs w:val="17"/>
              </w:rPr>
              <w:t>5</w:t>
            </w:r>
          </w:p>
        </w:tc>
        <w:tc>
          <w:tcPr>
            <w:tcW w:w="6837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E36696" w14:textId="4C0F4DA9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7"/>
                <w:lang w:val="ru-RU"/>
              </w:rPr>
              <w:t>Изјава о наменском коришћењу средстава</w:t>
            </w:r>
            <w:r w:rsidR="003E3BC4" w:rsidRPr="00963169">
              <w:rPr>
                <w:rFonts w:asciiTheme="majorHAnsi" w:hAnsiTheme="majorHAnsi" w:cstheme="majorHAnsi"/>
                <w:color w:val="000000"/>
                <w:sz w:val="17"/>
                <w:lang w:val="ru-RU"/>
              </w:rPr>
              <w:t xml:space="preserve"> (Образац 02)</w:t>
            </w:r>
          </w:p>
        </w:tc>
        <w:tc>
          <w:tcPr>
            <w:tcW w:w="135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E36E9E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u-RU"/>
              </w:rPr>
            </w:pPr>
          </w:p>
        </w:tc>
        <w:tc>
          <w:tcPr>
            <w:tcW w:w="150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179357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</w:tr>
      <w:tr w:rsidR="00807F36" w:rsidRPr="00041698" w14:paraId="711B1822" w14:textId="77777777" w:rsidTr="00EF3F9E">
        <w:trPr>
          <w:cantSplit/>
          <w:trHeight w:val="22"/>
          <w:jc w:val="center"/>
        </w:trPr>
        <w:tc>
          <w:tcPr>
            <w:tcW w:w="45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62F098" w14:textId="64CBCCD4" w:rsidR="00807F36" w:rsidRPr="00963169" w:rsidRDefault="00812A9C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7"/>
                <w:szCs w:val="17"/>
              </w:rPr>
              <w:t>6</w:t>
            </w:r>
          </w:p>
        </w:tc>
        <w:tc>
          <w:tcPr>
            <w:tcW w:w="6837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B4A17B" w14:textId="569363E2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7"/>
                <w:lang w:val="ru-RU"/>
              </w:rPr>
              <w:t>Изјава о непостојању двоструког финансирања</w:t>
            </w:r>
            <w:r w:rsidR="003E3BC4" w:rsidRPr="00963169">
              <w:rPr>
                <w:rFonts w:asciiTheme="majorHAnsi" w:hAnsiTheme="majorHAnsi" w:cstheme="majorHAnsi"/>
                <w:color w:val="000000"/>
                <w:sz w:val="17"/>
                <w:lang w:val="ru-RU"/>
              </w:rPr>
              <w:t xml:space="preserve"> (Образац 03)</w:t>
            </w:r>
          </w:p>
        </w:tc>
        <w:tc>
          <w:tcPr>
            <w:tcW w:w="135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A3B03E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u-RU"/>
              </w:rPr>
            </w:pPr>
          </w:p>
        </w:tc>
        <w:tc>
          <w:tcPr>
            <w:tcW w:w="150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AD1C15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</w:tr>
      <w:tr w:rsidR="00807F36" w:rsidRPr="00041698" w14:paraId="13EFE53D" w14:textId="77777777" w:rsidTr="00EF3F9E">
        <w:trPr>
          <w:cantSplit/>
          <w:trHeight w:val="22"/>
          <w:jc w:val="center"/>
        </w:trPr>
        <w:tc>
          <w:tcPr>
            <w:tcW w:w="45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79CDA2" w14:textId="67B57DD9" w:rsidR="00807F36" w:rsidRPr="00963169" w:rsidRDefault="00812A9C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7"/>
                <w:szCs w:val="17"/>
              </w:rPr>
              <w:t>7</w:t>
            </w:r>
          </w:p>
        </w:tc>
        <w:tc>
          <w:tcPr>
            <w:tcW w:w="6837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D28E4D" w14:textId="2D61A476" w:rsidR="00807F36" w:rsidRPr="00963169" w:rsidRDefault="00243611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7"/>
                <w:lang w:val="ru-RU"/>
              </w:rPr>
              <w:t xml:space="preserve">Изјава о обезбеђеном суфинансирању </w:t>
            </w:r>
            <w:r w:rsidR="003E3BC4" w:rsidRPr="00963169">
              <w:rPr>
                <w:rFonts w:asciiTheme="majorHAnsi" w:hAnsiTheme="majorHAnsi" w:cstheme="majorHAnsi"/>
                <w:color w:val="000000"/>
                <w:sz w:val="17"/>
                <w:lang w:val="ru-RU"/>
              </w:rPr>
              <w:t>-</w:t>
            </w:r>
            <w:r w:rsidRPr="00963169">
              <w:rPr>
                <w:rFonts w:asciiTheme="majorHAnsi" w:hAnsiTheme="majorHAnsi" w:cstheme="majorHAnsi"/>
                <w:color w:val="000000"/>
                <w:sz w:val="17"/>
                <w:lang w:val="ru-RU"/>
              </w:rPr>
              <w:t>уколико је предвиђено</w:t>
            </w:r>
            <w:r w:rsidR="003E3BC4" w:rsidRPr="00963169">
              <w:rPr>
                <w:rFonts w:asciiTheme="majorHAnsi" w:hAnsiTheme="majorHAnsi" w:cstheme="majorHAnsi"/>
                <w:color w:val="000000"/>
                <w:sz w:val="17"/>
                <w:lang w:val="ru-RU"/>
              </w:rPr>
              <w:t xml:space="preserve"> (Образац 04)</w:t>
            </w:r>
          </w:p>
        </w:tc>
        <w:tc>
          <w:tcPr>
            <w:tcW w:w="135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AA00A1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u-RU"/>
              </w:rPr>
            </w:pPr>
          </w:p>
        </w:tc>
        <w:tc>
          <w:tcPr>
            <w:tcW w:w="150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E70678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</w:tr>
      <w:tr w:rsidR="00807F36" w:rsidRPr="00041698" w14:paraId="7D182740" w14:textId="77777777" w:rsidTr="00EF3F9E">
        <w:trPr>
          <w:cantSplit/>
          <w:trHeight w:val="22"/>
          <w:jc w:val="center"/>
        </w:trPr>
        <w:tc>
          <w:tcPr>
            <w:tcW w:w="45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3A1F1D" w14:textId="7A0B8D59" w:rsidR="00807F36" w:rsidRPr="00963169" w:rsidRDefault="00812A9C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7"/>
                <w:szCs w:val="17"/>
              </w:rPr>
              <w:t>8</w:t>
            </w:r>
          </w:p>
        </w:tc>
        <w:tc>
          <w:tcPr>
            <w:tcW w:w="6837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C88017" w14:textId="367FDD4E" w:rsidR="00807F36" w:rsidRPr="00963169" w:rsidRDefault="008D4ACA" w:rsidP="008D4ACA">
            <w:pPr>
              <w:spacing w:after="0" w:line="240" w:lineRule="auto"/>
              <w:rPr>
                <w:rFonts w:asciiTheme="majorHAnsi" w:hAnsiTheme="majorHAnsi" w:cstheme="majorHAnsi"/>
                <w:sz w:val="17"/>
                <w:szCs w:val="17"/>
                <w:lang w:val="ru-RU"/>
              </w:rPr>
            </w:pPr>
            <w:r w:rsidRPr="00963169">
              <w:rPr>
                <w:rFonts w:asciiTheme="majorHAnsi" w:hAnsiTheme="majorHAnsi" w:cstheme="majorHAnsi"/>
                <w:sz w:val="17"/>
                <w:szCs w:val="17"/>
                <w:lang w:val="ru-RU"/>
              </w:rPr>
              <w:t xml:space="preserve">USB меморијска картица са </w:t>
            </w:r>
            <w:r w:rsidRPr="00963169">
              <w:rPr>
                <w:rFonts w:asciiTheme="majorHAnsi" w:hAnsiTheme="majorHAnsi" w:cstheme="majorHAnsi"/>
                <w:sz w:val="17"/>
                <w:szCs w:val="17"/>
                <w:lang w:val="sr-Cyrl-RS"/>
              </w:rPr>
              <w:t>е</w:t>
            </w:r>
            <w:r w:rsidRPr="00963169">
              <w:rPr>
                <w:rFonts w:asciiTheme="majorHAnsi" w:hAnsiTheme="majorHAnsi" w:cstheme="majorHAnsi"/>
                <w:sz w:val="17"/>
                <w:szCs w:val="17"/>
                <w:lang w:val="ru-RU"/>
              </w:rPr>
              <w:t>лектронском верзијом попуњеног обрасца пријаве у Word формату</w:t>
            </w:r>
          </w:p>
        </w:tc>
        <w:tc>
          <w:tcPr>
            <w:tcW w:w="135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E6C335" w14:textId="77777777" w:rsidR="00807F36" w:rsidRPr="00963169" w:rsidRDefault="00807F36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u-RU"/>
              </w:rPr>
            </w:pPr>
          </w:p>
        </w:tc>
        <w:tc>
          <w:tcPr>
            <w:tcW w:w="150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DB7B5C" w14:textId="77777777" w:rsidR="00807F36" w:rsidRPr="00963169" w:rsidRDefault="00807F36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</w:tr>
      <w:tr w:rsidR="008D4ACA" w:rsidRPr="00963169" w14:paraId="208F0C7B" w14:textId="77777777" w:rsidTr="00EF3F9E">
        <w:trPr>
          <w:cantSplit/>
          <w:trHeight w:val="22"/>
          <w:jc w:val="center"/>
        </w:trPr>
        <w:tc>
          <w:tcPr>
            <w:tcW w:w="454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A6B03F" w14:textId="565AC8F7" w:rsidR="008D4ACA" w:rsidRPr="00963169" w:rsidRDefault="00812A9C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17"/>
                <w:szCs w:val="17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7"/>
                <w:szCs w:val="17"/>
              </w:rPr>
              <w:t>9</w:t>
            </w:r>
          </w:p>
        </w:tc>
        <w:tc>
          <w:tcPr>
            <w:tcW w:w="6837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C42D3C" w14:textId="77777777" w:rsidR="008D4ACA" w:rsidRPr="00963169" w:rsidRDefault="008D4AC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sz w:val="17"/>
                <w:lang w:val="ru-RU"/>
              </w:rPr>
            </w:pPr>
            <w:r w:rsidRPr="00963169">
              <w:rPr>
                <w:rFonts w:asciiTheme="majorHAnsi" w:hAnsiTheme="majorHAnsi" w:cstheme="majorHAnsi"/>
                <w:color w:val="000000"/>
                <w:sz w:val="17"/>
                <w:lang w:val="ru-RU"/>
              </w:rPr>
              <w:t>Остала документација (навести)</w:t>
            </w:r>
          </w:p>
        </w:tc>
        <w:tc>
          <w:tcPr>
            <w:tcW w:w="135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085A85" w14:textId="77777777" w:rsidR="008D4ACA" w:rsidRPr="00963169" w:rsidRDefault="008D4ACA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u-RU"/>
              </w:rPr>
            </w:pPr>
          </w:p>
        </w:tc>
        <w:tc>
          <w:tcPr>
            <w:tcW w:w="1508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8586BE" w14:textId="77777777" w:rsidR="008D4ACA" w:rsidRPr="00963169" w:rsidRDefault="008D4ACA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</w:tr>
    </w:tbl>
    <w:p w14:paraId="2ADE7BEA" w14:textId="77777777" w:rsidR="00807F36" w:rsidRPr="00963169" w:rsidRDefault="00243611" w:rsidP="00FE7188">
      <w:pPr>
        <w:pStyle w:val="FormSection"/>
        <w:keepNext w:val="0"/>
        <w:keepLines/>
        <w:spacing w:before="160" w:after="100"/>
        <w:rPr>
          <w:rFonts w:asciiTheme="majorHAnsi" w:hAnsiTheme="majorHAnsi" w:cstheme="majorHAnsi"/>
        </w:rPr>
      </w:pPr>
      <w:r w:rsidRPr="00963169">
        <w:rPr>
          <w:rFonts w:asciiTheme="majorHAnsi" w:hAnsiTheme="majorHAnsi" w:cstheme="majorHAnsi"/>
        </w:rPr>
        <w:t>13.  ИЗЈАВА ПОДНОСИОЦА И ПОТПИС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807F36" w:rsidRPr="00041698" w14:paraId="43007758" w14:textId="77777777">
        <w:trPr>
          <w:cantSplit/>
          <w:jc w:val="center"/>
        </w:trPr>
        <w:tc>
          <w:tcPr>
            <w:tcW w:w="10148" w:type="dxa"/>
            <w:tcBorders>
              <w:top w:val="single" w:sz="8" w:space="0" w:color="55AAB2"/>
              <w:left w:val="single" w:sz="8" w:space="0" w:color="55AAB2"/>
              <w:bottom w:val="single" w:sz="8" w:space="0" w:color="55AAB2"/>
              <w:right w:val="single" w:sz="8" w:space="0" w:color="55AAB2"/>
            </w:tcBorders>
            <w:shd w:val="clear" w:color="auto" w:fill="E9F3F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448072" w14:textId="77777777" w:rsidR="00807F36" w:rsidRPr="00963169" w:rsidRDefault="00243611" w:rsidP="00EF3F9E">
            <w:pPr>
              <w:spacing w:before="40" w:after="40" w:line="240" w:lineRule="auto"/>
              <w:jc w:val="both"/>
              <w:rPr>
                <w:rFonts w:asciiTheme="majorHAnsi" w:hAnsiTheme="majorHAnsi" w:cstheme="majorHAnsi"/>
                <w:lang w:val="ru-RU"/>
              </w:rPr>
            </w:pPr>
            <w:r w:rsidRPr="00963169">
              <w:rPr>
                <w:rFonts w:asciiTheme="majorHAnsi" w:hAnsiTheme="majorHAnsi" w:cstheme="majorHAnsi"/>
                <w:color w:val="2F4F52"/>
                <w:sz w:val="18"/>
                <w:lang w:val="ru-RU"/>
              </w:rPr>
              <w:t>Потписом овог обрасца овлашћено лице потврђује да су сви подаци наведени у пријави тачни и потпуни, да је упознато са условима Јавног позива и Правилника, да прихвата обавезу наменског коришћења средстава, извештавања, омогућавања надзора и поштовања правила видљивости, као и да ће све измене пројекта спроводити искључиво уз претходну писану сагласност Завода.</w:t>
            </w:r>
          </w:p>
        </w:tc>
      </w:tr>
      <w:tr w:rsidR="00EF3F9E" w:rsidRPr="00041698" w14:paraId="606B0909" w14:textId="77777777" w:rsidTr="00123037">
        <w:trPr>
          <w:cantSplit/>
          <w:trHeight w:val="425"/>
          <w:jc w:val="center"/>
        </w:trPr>
        <w:tc>
          <w:tcPr>
            <w:tcW w:w="10148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EF5452" w14:textId="77777777" w:rsidR="00EF3F9E" w:rsidRPr="00963169" w:rsidRDefault="00EF3F9E">
            <w:pPr>
              <w:rPr>
                <w:rFonts w:asciiTheme="majorHAnsi" w:hAnsiTheme="majorHAnsi" w:cstheme="majorHAnsi"/>
                <w:lang w:val="ru-RU"/>
              </w:rPr>
            </w:pPr>
          </w:p>
          <w:p w14:paraId="0F82901B" w14:textId="77777777" w:rsidR="00EF3F9E" w:rsidRPr="00963169" w:rsidRDefault="00EF3F9E">
            <w:pPr>
              <w:rPr>
                <w:rFonts w:asciiTheme="majorHAnsi" w:hAnsiTheme="majorHAnsi" w:cstheme="majorHAnsi"/>
                <w:lang w:val="ru-RU"/>
              </w:rPr>
            </w:pPr>
          </w:p>
          <w:tbl>
            <w:tblPr>
              <w:tblStyle w:val="Koordinatnamreatabele"/>
              <w:tblW w:w="1007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88"/>
              <w:gridCol w:w="1350"/>
              <w:gridCol w:w="4140"/>
            </w:tblGrid>
            <w:tr w:rsidR="00EF3F9E" w:rsidRPr="00041698" w14:paraId="774D5B0F" w14:textId="77777777" w:rsidTr="00EF3F9E">
              <w:tc>
                <w:tcPr>
                  <w:tcW w:w="4588" w:type="dxa"/>
                </w:tcPr>
                <w:p w14:paraId="1EDF05C5" w14:textId="77777777" w:rsidR="00EF3F9E" w:rsidRPr="00963169" w:rsidRDefault="00EF3F9E" w:rsidP="00EF3F9E">
                  <w:pPr>
                    <w:spacing w:after="0" w:line="240" w:lineRule="auto"/>
                    <w:rPr>
                      <w:rFonts w:asciiTheme="majorHAnsi" w:hAnsiTheme="majorHAnsi" w:cstheme="majorHAnsi"/>
                      <w:color w:val="000000"/>
                      <w:sz w:val="19"/>
                      <w:lang w:val="ru-RU"/>
                    </w:rPr>
                  </w:pPr>
                  <w:r w:rsidRPr="00963169">
                    <w:rPr>
                      <w:rFonts w:asciiTheme="majorHAnsi" w:hAnsiTheme="majorHAnsi" w:cstheme="majorHAnsi"/>
                      <w:color w:val="000000"/>
                      <w:sz w:val="19"/>
                      <w:lang w:val="ru-RU"/>
                    </w:rPr>
                    <w:t>Место и датум:</w:t>
                  </w:r>
                </w:p>
                <w:p w14:paraId="6CED259D" w14:textId="77777777" w:rsidR="00EF3F9E" w:rsidRPr="00963169" w:rsidRDefault="00EF3F9E" w:rsidP="00EF3F9E">
                  <w:pPr>
                    <w:spacing w:after="0" w:line="240" w:lineRule="auto"/>
                    <w:rPr>
                      <w:rFonts w:asciiTheme="majorHAnsi" w:hAnsiTheme="majorHAnsi" w:cstheme="majorHAnsi"/>
                      <w:lang w:val="ru-RU"/>
                    </w:rPr>
                  </w:pPr>
                </w:p>
                <w:p w14:paraId="60C8EA13" w14:textId="77777777" w:rsidR="00EF3F9E" w:rsidRPr="00963169" w:rsidRDefault="00EF3F9E">
                  <w:pPr>
                    <w:spacing w:after="0" w:line="240" w:lineRule="auto"/>
                    <w:rPr>
                      <w:rFonts w:asciiTheme="majorHAnsi" w:hAnsiTheme="majorHAnsi" w:cstheme="majorHAnsi"/>
                      <w:b/>
                      <w:color w:val="000000"/>
                      <w:sz w:val="19"/>
                      <w:lang w:val="ru-RU"/>
                    </w:rPr>
                  </w:pPr>
                  <w:r w:rsidRPr="00963169">
                    <w:rPr>
                      <w:rFonts w:asciiTheme="majorHAnsi" w:hAnsiTheme="majorHAnsi" w:cstheme="majorHAnsi"/>
                      <w:sz w:val="19"/>
                    </w:rPr>
                    <w:t>____________________</w:t>
                  </w:r>
                </w:p>
              </w:tc>
              <w:tc>
                <w:tcPr>
                  <w:tcW w:w="1350" w:type="dxa"/>
                </w:tcPr>
                <w:p w14:paraId="16C8C66D" w14:textId="77777777" w:rsidR="00EF3F9E" w:rsidRPr="00963169" w:rsidRDefault="00EF3F9E" w:rsidP="00EF3F9E">
                  <w:pPr>
                    <w:spacing w:after="0" w:line="240" w:lineRule="auto"/>
                    <w:jc w:val="center"/>
                    <w:rPr>
                      <w:rFonts w:asciiTheme="majorHAnsi" w:hAnsiTheme="majorHAnsi" w:cstheme="majorHAnsi"/>
                      <w:b/>
                      <w:color w:val="000000"/>
                      <w:sz w:val="19"/>
                      <w:lang w:val="ru-RU"/>
                    </w:rPr>
                  </w:pPr>
                </w:p>
                <w:p w14:paraId="2F71102D" w14:textId="77777777" w:rsidR="00EF3F9E" w:rsidRPr="00963169" w:rsidRDefault="00EF3F9E" w:rsidP="00EF3F9E">
                  <w:pPr>
                    <w:spacing w:after="0" w:line="240" w:lineRule="auto"/>
                    <w:jc w:val="center"/>
                    <w:rPr>
                      <w:rFonts w:asciiTheme="majorHAnsi" w:hAnsiTheme="majorHAnsi" w:cstheme="majorHAnsi"/>
                      <w:b/>
                      <w:color w:val="000000"/>
                      <w:sz w:val="19"/>
                      <w:lang w:val="ru-RU"/>
                    </w:rPr>
                  </w:pPr>
                </w:p>
                <w:p w14:paraId="1F865A41" w14:textId="77777777" w:rsidR="00EF3F9E" w:rsidRPr="00963169" w:rsidRDefault="00EF3F9E" w:rsidP="00EF3F9E">
                  <w:pPr>
                    <w:spacing w:after="0" w:line="240" w:lineRule="auto"/>
                    <w:jc w:val="center"/>
                    <w:rPr>
                      <w:rFonts w:asciiTheme="majorHAnsi" w:hAnsiTheme="majorHAnsi" w:cstheme="majorHAnsi"/>
                      <w:b/>
                      <w:color w:val="000000"/>
                      <w:sz w:val="19"/>
                      <w:lang w:val="ru-RU"/>
                    </w:rPr>
                  </w:pPr>
                </w:p>
                <w:p w14:paraId="0041232B" w14:textId="77777777" w:rsidR="00EF3F9E" w:rsidRPr="00963169" w:rsidRDefault="00EF3F9E" w:rsidP="00EF3F9E">
                  <w:pPr>
                    <w:spacing w:after="0" w:line="240" w:lineRule="auto"/>
                    <w:jc w:val="center"/>
                    <w:rPr>
                      <w:rFonts w:asciiTheme="majorHAnsi" w:hAnsiTheme="majorHAnsi" w:cstheme="majorHAnsi"/>
                      <w:b/>
                      <w:color w:val="000000"/>
                      <w:sz w:val="19"/>
                      <w:lang w:val="ru-RU"/>
                    </w:rPr>
                  </w:pPr>
                </w:p>
                <w:p w14:paraId="5DEEDAE5" w14:textId="77777777" w:rsidR="00EF3F9E" w:rsidRPr="00963169" w:rsidRDefault="00EF3F9E" w:rsidP="00EF3F9E">
                  <w:pPr>
                    <w:spacing w:after="0" w:line="240" w:lineRule="auto"/>
                    <w:jc w:val="center"/>
                    <w:rPr>
                      <w:rFonts w:asciiTheme="majorHAnsi" w:hAnsiTheme="majorHAnsi" w:cstheme="majorHAnsi"/>
                      <w:color w:val="000000"/>
                      <w:sz w:val="19"/>
                      <w:lang w:val="ru-RU"/>
                    </w:rPr>
                  </w:pPr>
                  <w:r w:rsidRPr="00963169">
                    <w:rPr>
                      <w:rFonts w:asciiTheme="majorHAnsi" w:hAnsiTheme="majorHAnsi" w:cstheme="majorHAnsi"/>
                      <w:color w:val="000000"/>
                      <w:sz w:val="19"/>
                      <w:lang w:val="ru-RU"/>
                    </w:rPr>
                    <w:t>м.п.</w:t>
                  </w:r>
                </w:p>
              </w:tc>
              <w:tc>
                <w:tcPr>
                  <w:tcW w:w="4140" w:type="dxa"/>
                </w:tcPr>
                <w:p w14:paraId="2F507ED3" w14:textId="77777777" w:rsidR="00EF3F9E" w:rsidRPr="00963169" w:rsidRDefault="00EF3F9E">
                  <w:pPr>
                    <w:spacing w:after="0" w:line="240" w:lineRule="auto"/>
                    <w:rPr>
                      <w:rFonts w:asciiTheme="majorHAnsi" w:hAnsiTheme="majorHAnsi" w:cstheme="majorHAnsi"/>
                      <w:b/>
                      <w:color w:val="000000"/>
                      <w:sz w:val="19"/>
                      <w:lang w:val="ru-RU"/>
                    </w:rPr>
                  </w:pPr>
                </w:p>
                <w:p w14:paraId="3E1E41A4" w14:textId="77777777" w:rsidR="00EF3F9E" w:rsidRPr="00963169" w:rsidRDefault="00EF3F9E">
                  <w:pPr>
                    <w:spacing w:after="0" w:line="240" w:lineRule="auto"/>
                    <w:rPr>
                      <w:rFonts w:asciiTheme="majorHAnsi" w:hAnsiTheme="majorHAnsi" w:cstheme="majorHAnsi"/>
                      <w:b/>
                      <w:color w:val="000000"/>
                      <w:sz w:val="19"/>
                      <w:lang w:val="ru-RU"/>
                    </w:rPr>
                  </w:pPr>
                </w:p>
                <w:p w14:paraId="29C8F404" w14:textId="77777777" w:rsidR="00EF3F9E" w:rsidRPr="00963169" w:rsidRDefault="00EF3F9E" w:rsidP="00EF3F9E">
                  <w:pPr>
                    <w:spacing w:after="0" w:line="240" w:lineRule="auto"/>
                    <w:jc w:val="center"/>
                    <w:rPr>
                      <w:rFonts w:asciiTheme="majorHAnsi" w:hAnsiTheme="majorHAnsi" w:cstheme="majorHAnsi"/>
                      <w:color w:val="000000"/>
                      <w:sz w:val="19"/>
                      <w:lang w:val="ru-RU"/>
                    </w:rPr>
                  </w:pPr>
                  <w:r w:rsidRPr="00963169">
                    <w:rPr>
                      <w:rFonts w:asciiTheme="majorHAnsi" w:hAnsiTheme="majorHAnsi" w:cstheme="majorHAnsi"/>
                      <w:color w:val="000000"/>
                      <w:sz w:val="19"/>
                      <w:lang w:val="ru-RU"/>
                    </w:rPr>
                    <w:t>Потис лица овлашћеног за заступање</w:t>
                  </w:r>
                </w:p>
                <w:p w14:paraId="1D460337" w14:textId="77777777" w:rsidR="00EF3F9E" w:rsidRPr="00963169" w:rsidRDefault="00EF3F9E" w:rsidP="00EF3F9E">
                  <w:pPr>
                    <w:spacing w:after="0" w:line="240" w:lineRule="auto"/>
                    <w:jc w:val="center"/>
                    <w:rPr>
                      <w:rFonts w:asciiTheme="majorHAnsi" w:hAnsiTheme="majorHAnsi" w:cstheme="majorHAnsi"/>
                      <w:color w:val="000000"/>
                      <w:sz w:val="19"/>
                      <w:lang w:val="ru-RU"/>
                    </w:rPr>
                  </w:pPr>
                </w:p>
                <w:p w14:paraId="21F60C94" w14:textId="77777777" w:rsidR="00EF3F9E" w:rsidRPr="00963169" w:rsidRDefault="00EF3F9E" w:rsidP="00EF3F9E">
                  <w:pPr>
                    <w:spacing w:after="0" w:line="240" w:lineRule="auto"/>
                    <w:jc w:val="center"/>
                    <w:rPr>
                      <w:rFonts w:asciiTheme="majorHAnsi" w:hAnsiTheme="majorHAnsi" w:cstheme="majorHAnsi"/>
                      <w:b/>
                      <w:color w:val="000000"/>
                      <w:sz w:val="19"/>
                      <w:lang w:val="ru-RU"/>
                    </w:rPr>
                  </w:pPr>
                  <w:r w:rsidRPr="00963169">
                    <w:rPr>
                      <w:rFonts w:asciiTheme="majorHAnsi" w:hAnsiTheme="majorHAnsi" w:cstheme="majorHAnsi"/>
                      <w:color w:val="000000"/>
                      <w:sz w:val="19"/>
                      <w:lang w:val="ru-RU"/>
                    </w:rPr>
                    <w:t>___________________________________</w:t>
                  </w:r>
                </w:p>
              </w:tc>
            </w:tr>
          </w:tbl>
          <w:p w14:paraId="6DAB51B9" w14:textId="77777777" w:rsidR="00EF3F9E" w:rsidRPr="00963169" w:rsidRDefault="00EF3F9E">
            <w:pPr>
              <w:spacing w:after="0" w:line="240" w:lineRule="auto"/>
              <w:rPr>
                <w:rFonts w:asciiTheme="majorHAnsi" w:hAnsiTheme="majorHAnsi" w:cstheme="majorHAnsi"/>
                <w:lang w:val="ru-RU"/>
              </w:rPr>
            </w:pPr>
          </w:p>
        </w:tc>
      </w:tr>
    </w:tbl>
    <w:p w14:paraId="05468E97" w14:textId="77777777" w:rsidR="00FE7188" w:rsidRPr="00963169" w:rsidRDefault="00FE7188">
      <w:pPr>
        <w:spacing w:before="200"/>
        <w:jc w:val="center"/>
        <w:rPr>
          <w:rFonts w:asciiTheme="majorHAnsi" w:hAnsiTheme="majorHAnsi" w:cstheme="majorHAnsi"/>
          <w:i/>
          <w:color w:val="5F5F5F"/>
          <w:sz w:val="17"/>
          <w:lang w:val="ru-RU"/>
        </w:rPr>
      </w:pPr>
    </w:p>
    <w:p w14:paraId="7ED8F50B" w14:textId="77777777" w:rsidR="00FE7188" w:rsidRPr="00963169" w:rsidRDefault="00FE7188">
      <w:pPr>
        <w:spacing w:before="200"/>
        <w:jc w:val="center"/>
        <w:rPr>
          <w:rFonts w:asciiTheme="majorHAnsi" w:hAnsiTheme="majorHAnsi" w:cstheme="majorHAnsi"/>
          <w:i/>
          <w:color w:val="5F5F5F"/>
          <w:sz w:val="17"/>
          <w:lang w:val="ru-RU"/>
        </w:rPr>
      </w:pPr>
    </w:p>
    <w:p w14:paraId="643D9E0E" w14:textId="77777777" w:rsidR="00807F36" w:rsidRPr="00963169" w:rsidRDefault="00243611">
      <w:pPr>
        <w:spacing w:before="200"/>
        <w:jc w:val="center"/>
        <w:rPr>
          <w:rFonts w:asciiTheme="majorHAnsi" w:hAnsiTheme="majorHAnsi" w:cstheme="majorHAnsi"/>
          <w:lang w:val="ru-RU"/>
        </w:rPr>
      </w:pPr>
      <w:r w:rsidRPr="00963169">
        <w:rPr>
          <w:rFonts w:asciiTheme="majorHAnsi" w:hAnsiTheme="majorHAnsi" w:cstheme="majorHAnsi"/>
          <w:i/>
          <w:color w:val="5F5F5F"/>
          <w:sz w:val="17"/>
          <w:lang w:val="ru-RU"/>
        </w:rPr>
        <w:t>Образац је саставни део конкурсне документације за Јавни позив за успостављање локалних партнерстава за економско оснаживање жена у АП Војводини у 2026. години.</w:t>
      </w:r>
    </w:p>
    <w:sectPr w:rsidR="00807F36" w:rsidRPr="00963169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79" w:right="879" w:bottom="879" w:left="879" w:header="255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40FD5" w14:textId="77777777" w:rsidR="00D329B9" w:rsidRDefault="00D329B9">
      <w:pPr>
        <w:spacing w:after="0" w:line="240" w:lineRule="auto"/>
      </w:pPr>
      <w:r>
        <w:separator/>
      </w:r>
    </w:p>
  </w:endnote>
  <w:endnote w:type="continuationSeparator" w:id="0">
    <w:p w14:paraId="4A60EE67" w14:textId="77777777" w:rsidR="00D329B9" w:rsidRDefault="00D32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76DF0" w14:textId="77777777" w:rsidR="00105536" w:rsidRDefault="00105536">
    <w:pPr>
      <w:pStyle w:val="Podnojestranic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2DC4B" w14:textId="77777777" w:rsidR="00807F36" w:rsidRDefault="00243611">
    <w:pPr>
      <w:pStyle w:val="Podnojestranice"/>
      <w:jc w:val="center"/>
    </w:pPr>
    <w:proofErr w:type="spellStart"/>
    <w:r>
      <w:rPr>
        <w:color w:val="646464"/>
        <w:sz w:val="16"/>
      </w:rPr>
      <w:t>Страна</w:t>
    </w:r>
    <w:proofErr w:type="spellEnd"/>
    <w:r>
      <w:rPr>
        <w:color w:val="646464"/>
        <w:sz w:val="16"/>
      </w:rPr>
      <w:t xml:space="preserve"> </w:t>
    </w:r>
    <w:r>
      <w:rPr>
        <w:color w:val="646464"/>
        <w:sz w:val="16"/>
      </w:rPr>
      <w:fldChar w:fldCharType="begin"/>
    </w:r>
    <w:r>
      <w:rPr>
        <w:color w:val="646464"/>
        <w:sz w:val="16"/>
      </w:rPr>
      <w:instrText>PAGE</w:instrText>
    </w:r>
    <w:r>
      <w:rPr>
        <w:color w:val="646464"/>
        <w:sz w:val="16"/>
      </w:rPr>
      <w:fldChar w:fldCharType="separate"/>
    </w:r>
    <w:r w:rsidR="00FE7188">
      <w:rPr>
        <w:noProof/>
        <w:color w:val="646464"/>
        <w:sz w:val="16"/>
      </w:rPr>
      <w:t>3</w:t>
    </w:r>
    <w:r>
      <w:rPr>
        <w:color w:val="646464"/>
        <w:sz w:val="16"/>
      </w:rPr>
      <w:fldChar w:fldCharType="end"/>
    </w:r>
    <w:r>
      <w:rPr>
        <w:color w:val="646464"/>
        <w:sz w:val="16"/>
      </w:rPr>
      <w:t xml:space="preserve"> </w:t>
    </w:r>
    <w:proofErr w:type="spellStart"/>
    <w:r>
      <w:rPr>
        <w:color w:val="646464"/>
        <w:sz w:val="16"/>
      </w:rPr>
      <w:t>од</w:t>
    </w:r>
    <w:proofErr w:type="spellEnd"/>
    <w:r>
      <w:rPr>
        <w:color w:val="646464"/>
        <w:sz w:val="16"/>
      </w:rPr>
      <w:t xml:space="preserve"> </w:t>
    </w:r>
    <w:r>
      <w:rPr>
        <w:color w:val="646464"/>
        <w:sz w:val="16"/>
      </w:rPr>
      <w:fldChar w:fldCharType="begin"/>
    </w:r>
    <w:r>
      <w:rPr>
        <w:color w:val="646464"/>
        <w:sz w:val="16"/>
      </w:rPr>
      <w:instrText>NUMPAGES</w:instrText>
    </w:r>
    <w:r>
      <w:rPr>
        <w:color w:val="646464"/>
        <w:sz w:val="16"/>
      </w:rPr>
      <w:fldChar w:fldCharType="separate"/>
    </w:r>
    <w:r w:rsidR="00FE7188">
      <w:rPr>
        <w:noProof/>
        <w:color w:val="646464"/>
        <w:sz w:val="16"/>
      </w:rPr>
      <w:t>7</w:t>
    </w:r>
    <w:r>
      <w:rPr>
        <w:color w:val="646464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F53E4" w14:textId="77777777" w:rsidR="00105536" w:rsidRDefault="00105536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1E75E" w14:textId="77777777" w:rsidR="00D329B9" w:rsidRDefault="00D329B9">
      <w:pPr>
        <w:spacing w:after="0" w:line="240" w:lineRule="auto"/>
      </w:pPr>
      <w:r>
        <w:separator/>
      </w:r>
    </w:p>
  </w:footnote>
  <w:footnote w:type="continuationSeparator" w:id="0">
    <w:p w14:paraId="6ABCC000" w14:textId="77777777" w:rsidR="00D329B9" w:rsidRDefault="00D32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7C9FB" w14:textId="77777777" w:rsidR="00105536" w:rsidRDefault="00105536">
    <w:pPr>
      <w:pStyle w:val="Zaglavljestranic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DA98F" w14:textId="77777777" w:rsidR="00807F36" w:rsidRDefault="00807F36">
    <w:pPr>
      <w:pStyle w:val="Zaglavljestranice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6123"/>
      <w:gridCol w:w="4025"/>
    </w:tblGrid>
    <w:tr w:rsidR="00807F36" w14:paraId="7D424F19" w14:textId="77777777">
      <w:trPr>
        <w:jc w:val="center"/>
      </w:trPr>
      <w:tc>
        <w:tcPr>
          <w:tcW w:w="6123" w:type="dxa"/>
          <w:tcBorders>
            <w:bottom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E6E8EE5" w14:textId="77777777" w:rsidR="00807F36" w:rsidRDefault="00243611">
          <w:r>
            <w:rPr>
              <w:noProof/>
            </w:rPr>
            <w:drawing>
              <wp:inline distT="0" distB="0" distL="0" distR="0" wp14:anchorId="1CCCDDC7" wp14:editId="7A64EBC3">
                <wp:extent cx="1854000" cy="567892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54000" cy="5678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25" w:type="dxa"/>
          <w:tcBorders>
            <w:bottom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626CA6A7" w14:textId="53C0CFAD" w:rsidR="00807F36" w:rsidRPr="00105536" w:rsidRDefault="00105536">
          <w:pPr>
            <w:jc w:val="right"/>
            <w:rPr>
              <w:lang w:val="sr-Cyrl-RS"/>
            </w:rPr>
          </w:pPr>
          <w:r>
            <w:rPr>
              <w:b/>
              <w:color w:val="646464"/>
              <w:sz w:val="21"/>
              <w:lang w:val="sr-Cyrl-RS"/>
            </w:rPr>
            <w:t>Пријава (</w:t>
          </w:r>
          <w:r w:rsidRPr="00105536">
            <w:rPr>
              <w:b/>
              <w:color w:val="646464"/>
              <w:sz w:val="21"/>
              <w:lang w:val="sr-Cyrl-RS"/>
            </w:rPr>
            <w:t>Образац 01</w:t>
          </w:r>
          <w:r>
            <w:rPr>
              <w:b/>
              <w:color w:val="646464"/>
              <w:sz w:val="21"/>
              <w:lang w:val="sr-Cyrl-RS"/>
            </w:rPr>
            <w:t>)</w:t>
          </w:r>
        </w:p>
      </w:tc>
    </w:tr>
  </w:tbl>
  <w:p w14:paraId="73E16AA4" w14:textId="77777777" w:rsidR="00807F36" w:rsidRDefault="00807F36">
    <w:pPr>
      <w:pBdr>
        <w:bottom w:val="single" w:sz="8" w:space="2" w:color="666666"/>
      </w:pBdr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60414" w14:textId="77777777" w:rsidR="00105536" w:rsidRDefault="00105536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sabrojevim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sabrojevim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saznakovimazanabrajanj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saznakovimazanabrajanj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nalist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nakzanabrajanjenalist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51380743">
    <w:abstractNumId w:val="8"/>
  </w:num>
  <w:num w:numId="2" w16cid:durableId="568076419">
    <w:abstractNumId w:val="6"/>
  </w:num>
  <w:num w:numId="3" w16cid:durableId="1441995027">
    <w:abstractNumId w:val="5"/>
  </w:num>
  <w:num w:numId="4" w16cid:durableId="1091972830">
    <w:abstractNumId w:val="4"/>
  </w:num>
  <w:num w:numId="5" w16cid:durableId="1503544179">
    <w:abstractNumId w:val="7"/>
  </w:num>
  <w:num w:numId="6" w16cid:durableId="662586169">
    <w:abstractNumId w:val="3"/>
  </w:num>
  <w:num w:numId="7" w16cid:durableId="1994948131">
    <w:abstractNumId w:val="2"/>
  </w:num>
  <w:num w:numId="8" w16cid:durableId="1421414026">
    <w:abstractNumId w:val="1"/>
  </w:num>
  <w:num w:numId="9" w16cid:durableId="34697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7406"/>
    <w:rsid w:val="00034616"/>
    <w:rsid w:val="00041698"/>
    <w:rsid w:val="0006063C"/>
    <w:rsid w:val="000F65E0"/>
    <w:rsid w:val="00105536"/>
    <w:rsid w:val="0015074B"/>
    <w:rsid w:val="001574CA"/>
    <w:rsid w:val="00197AD9"/>
    <w:rsid w:val="001F0391"/>
    <w:rsid w:val="00243611"/>
    <w:rsid w:val="0029639D"/>
    <w:rsid w:val="002C0E00"/>
    <w:rsid w:val="00320BAE"/>
    <w:rsid w:val="00326F90"/>
    <w:rsid w:val="0034705C"/>
    <w:rsid w:val="003E3BC4"/>
    <w:rsid w:val="00524E50"/>
    <w:rsid w:val="0060624E"/>
    <w:rsid w:val="006931B6"/>
    <w:rsid w:val="00694F99"/>
    <w:rsid w:val="006C0600"/>
    <w:rsid w:val="007177B5"/>
    <w:rsid w:val="00752CDA"/>
    <w:rsid w:val="007B5D5C"/>
    <w:rsid w:val="007F4F68"/>
    <w:rsid w:val="00807F36"/>
    <w:rsid w:val="00812A9C"/>
    <w:rsid w:val="008A3676"/>
    <w:rsid w:val="008D4ACA"/>
    <w:rsid w:val="009029DE"/>
    <w:rsid w:val="00963169"/>
    <w:rsid w:val="009912BD"/>
    <w:rsid w:val="00995A67"/>
    <w:rsid w:val="00995D7F"/>
    <w:rsid w:val="00A95159"/>
    <w:rsid w:val="00AA1D8D"/>
    <w:rsid w:val="00B26592"/>
    <w:rsid w:val="00B47730"/>
    <w:rsid w:val="00B71372"/>
    <w:rsid w:val="00CB0664"/>
    <w:rsid w:val="00D329B9"/>
    <w:rsid w:val="00D73583"/>
    <w:rsid w:val="00DB256B"/>
    <w:rsid w:val="00EB2E6E"/>
    <w:rsid w:val="00EB4193"/>
    <w:rsid w:val="00EF3F9E"/>
    <w:rsid w:val="00FC693F"/>
    <w:rsid w:val="00FE7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E0F6A50"/>
  <w14:defaultImageDpi w14:val="300"/>
  <w15:docId w15:val="{C941EEFF-F465-4184-AA4B-6845BE6D6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rial" w:eastAsia="Arial" w:hAnsi="Arial"/>
      <w:sz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link w:val="Zaglavljestranic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E618BF"/>
  </w:style>
  <w:style w:type="paragraph" w:styleId="Podnojestranice">
    <w:name w:val="footer"/>
    <w:basedOn w:val="Normal"/>
    <w:link w:val="Podnojestranic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E618BF"/>
  </w:style>
  <w:style w:type="paragraph" w:styleId="Bezrazmak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Podrazumevanifontpasus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Podrazumevanifontpasus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Podrazumevanifontpasus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sussalistom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loteksta">
    <w:name w:val="Body Text"/>
    <w:basedOn w:val="Normal"/>
    <w:link w:val="TelotekstaChar"/>
    <w:uiPriority w:val="99"/>
    <w:unhideWhenUsed/>
    <w:rsid w:val="00AA1D8D"/>
    <w:pPr>
      <w:spacing w:after="120"/>
    </w:pPr>
  </w:style>
  <w:style w:type="character" w:customStyle="1" w:styleId="TelotekstaChar">
    <w:name w:val="Telo teksta Char"/>
    <w:basedOn w:val="Podrazumevanifontpasusa"/>
    <w:link w:val="Teloteksta"/>
    <w:uiPriority w:val="99"/>
    <w:rsid w:val="00AA1D8D"/>
  </w:style>
  <w:style w:type="paragraph" w:styleId="Teloteksta2">
    <w:name w:val="Body Text 2"/>
    <w:basedOn w:val="Normal"/>
    <w:link w:val="Teloteksta2Char"/>
    <w:uiPriority w:val="99"/>
    <w:unhideWhenUsed/>
    <w:rsid w:val="00AA1D8D"/>
    <w:pPr>
      <w:spacing w:after="120" w:line="480" w:lineRule="auto"/>
    </w:pPr>
  </w:style>
  <w:style w:type="character" w:customStyle="1" w:styleId="Teloteksta2Char">
    <w:name w:val="Telo teksta 2 Char"/>
    <w:basedOn w:val="Podrazumevanifontpasusa"/>
    <w:link w:val="Teloteksta2"/>
    <w:uiPriority w:val="99"/>
    <w:rsid w:val="00AA1D8D"/>
  </w:style>
  <w:style w:type="paragraph" w:styleId="Teloteksta3">
    <w:name w:val="Body Text 3"/>
    <w:basedOn w:val="Normal"/>
    <w:link w:val="T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teksta3Char">
    <w:name w:val="Telo teksta 3 Char"/>
    <w:basedOn w:val="Podrazumevanifontpasusa"/>
    <w:link w:val="Teloteksta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Znakzanabrajanjenalist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saznakovimazanabrajanj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saznakovimazanabrajanj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nalist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sabrojevim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sabrojevim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list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list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list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a">
    <w:name w:val="macro"/>
    <w:link w:val="Tekstmakro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aChar">
    <w:name w:val="Tekst makroa Char"/>
    <w:basedOn w:val="Podrazumevanifontpasusa"/>
    <w:link w:val="Tekstmakroa"/>
    <w:uiPriority w:val="99"/>
    <w:rsid w:val="0029639D"/>
    <w:rPr>
      <w:rFonts w:ascii="Courier" w:hAnsi="Courier"/>
      <w:sz w:val="20"/>
      <w:szCs w:val="20"/>
    </w:rPr>
  </w:style>
  <w:style w:type="paragraph" w:styleId="Navoenje">
    <w:name w:val="Quote"/>
    <w:basedOn w:val="Normal"/>
    <w:next w:val="Normal"/>
    <w:link w:val="NavoenjeChar"/>
    <w:uiPriority w:val="29"/>
    <w:qFormat/>
    <w:rsid w:val="00FC693F"/>
    <w:rPr>
      <w:i/>
      <w:iCs/>
      <w:color w:val="000000" w:themeColor="text1"/>
    </w:rPr>
  </w:style>
  <w:style w:type="character" w:customStyle="1" w:styleId="NavoenjeChar">
    <w:name w:val="Navođenje Char"/>
    <w:basedOn w:val="Podrazumevanifontpasusa"/>
    <w:link w:val="Navoenje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Podrazumevanifontpasus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Podrazumevanifontpasus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Podrazumevanifontpasus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Podrazumevanifontpasus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Podrazumevanifontpasus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Podrazumevanifontpasus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tpi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Podrazumevanifontpasusa"/>
    <w:uiPriority w:val="22"/>
    <w:qFormat/>
    <w:rsid w:val="00FC693F"/>
    <w:rPr>
      <w:b/>
      <w:bCs/>
    </w:rPr>
  </w:style>
  <w:style w:type="character" w:styleId="Naglaavanje">
    <w:name w:val="Emphasis"/>
    <w:basedOn w:val="Podrazumevanifontpasusa"/>
    <w:uiPriority w:val="20"/>
    <w:qFormat/>
    <w:rsid w:val="00FC693F"/>
    <w:rPr>
      <w:i/>
      <w:iCs/>
    </w:rPr>
  </w:style>
  <w:style w:type="paragraph" w:styleId="Podebljaninavodnici">
    <w:name w:val="Intense Quote"/>
    <w:basedOn w:val="Normal"/>
    <w:next w:val="Normal"/>
    <w:link w:val="Podebljaninavodnici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PodebljaninavodniciChar">
    <w:name w:val="Podebljani navodnici Char"/>
    <w:basedOn w:val="Podrazumevanifontpasusa"/>
    <w:link w:val="Podebljaninavodnici"/>
    <w:uiPriority w:val="30"/>
    <w:rsid w:val="00FC693F"/>
    <w:rPr>
      <w:b/>
      <w:bCs/>
      <w:i/>
      <w:iCs/>
      <w:color w:val="4F81BD" w:themeColor="accent1"/>
    </w:rPr>
  </w:style>
  <w:style w:type="character" w:styleId="Suptilnonaglaavanje">
    <w:name w:val="Subtle Emphasis"/>
    <w:basedOn w:val="Podrazumevanifontpasusa"/>
    <w:uiPriority w:val="19"/>
    <w:qFormat/>
    <w:rsid w:val="00FC693F"/>
    <w:rPr>
      <w:i/>
      <w:iCs/>
      <w:color w:val="808080" w:themeColor="text1" w:themeTint="7F"/>
    </w:rPr>
  </w:style>
  <w:style w:type="character" w:styleId="Izrazitonaglaavanje">
    <w:name w:val="Intense Emphasis"/>
    <w:basedOn w:val="Podrazumevanifontpasusa"/>
    <w:uiPriority w:val="21"/>
    <w:qFormat/>
    <w:rsid w:val="00FC693F"/>
    <w:rPr>
      <w:b/>
      <w:bCs/>
      <w:i/>
      <w:iCs/>
      <w:color w:val="4F81BD" w:themeColor="accent1"/>
    </w:rPr>
  </w:style>
  <w:style w:type="character" w:styleId="Suptilnareferenca">
    <w:name w:val="Subtle Reference"/>
    <w:basedOn w:val="Podrazumevanifontpasusa"/>
    <w:uiPriority w:val="31"/>
    <w:qFormat/>
    <w:rsid w:val="00FC693F"/>
    <w:rPr>
      <w:smallCaps/>
      <w:color w:val="C0504D" w:themeColor="accent2"/>
      <w:u w:val="single"/>
    </w:rPr>
  </w:style>
  <w:style w:type="character" w:styleId="Izrazitareferenca">
    <w:name w:val="Intense Reference"/>
    <w:basedOn w:val="Podrazumevanifontpas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odrazumevanifontpasusa"/>
    <w:uiPriority w:val="33"/>
    <w:qFormat/>
    <w:rsid w:val="00FC693F"/>
    <w:rPr>
      <w:b/>
      <w:bCs/>
      <w:smallCaps/>
      <w:spacing w:val="5"/>
    </w:rPr>
  </w:style>
  <w:style w:type="paragraph" w:styleId="Naslovsadraja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Koordinatnamreatabele">
    <w:name w:val="Table Grid"/>
    <w:basedOn w:val="Normal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ormal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naglaavanje1">
    <w:name w:val="Light Shading Accent 1"/>
    <w:basedOn w:val="Normal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naglaavanje2">
    <w:name w:val="Light Shading Accent 2"/>
    <w:basedOn w:val="Normal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naglaavanje3">
    <w:name w:val="Light Shading Accent 3"/>
    <w:basedOn w:val="Normal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naglaavanje4">
    <w:name w:val="Light Shading Accent 4"/>
    <w:basedOn w:val="Normal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naglaavanje5">
    <w:name w:val="Light Shading Accent 5"/>
    <w:basedOn w:val="Normal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naglaavanje6">
    <w:name w:val="Light Shading Accent 6"/>
    <w:basedOn w:val="Normal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alista">
    <w:name w:val="Light List"/>
    <w:basedOn w:val="Normal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alistanaglaavanje1">
    <w:name w:val="Light List Accent 1"/>
    <w:basedOn w:val="Normal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alistanaglaavanje2">
    <w:name w:val="Light List Accent 2"/>
    <w:basedOn w:val="Normal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alistanaglaavanje3">
    <w:name w:val="Light List Accent 3"/>
    <w:basedOn w:val="Normal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alistanaglaavanje4">
    <w:name w:val="Light List Accent 4"/>
    <w:basedOn w:val="Normal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alistanaglaavanje5">
    <w:name w:val="Light List Accent 5"/>
    <w:basedOn w:val="Normal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alistanaglaavanje6">
    <w:name w:val="Light List Accent 6"/>
    <w:basedOn w:val="Normal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koordinatnamrea">
    <w:name w:val="Light Grid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koordinatnamreanaglaavanje1">
    <w:name w:val="Light Grid Accent 1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koordinatnamreanaglaavanje2">
    <w:name w:val="Light Grid Accent 2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koordinatnamreanaglaavanje3">
    <w:name w:val="Light Grid Accent 3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koordinatnamreanaglaavanje4">
    <w:name w:val="Light Grid Accent 4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koordinatnamreanaglaavanje5">
    <w:name w:val="Light Grid Accent 5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koordinatnamreanaglaavanje6">
    <w:name w:val="Light Grid Accent 6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1">
    <w:name w:val="Medium Shading 1 Accent 1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2">
    <w:name w:val="Medium Shading 1 Accent 2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3">
    <w:name w:val="Medium Shading 1 Accent 3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4">
    <w:name w:val="Medium Shading 1 Accent 4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5">
    <w:name w:val="Medium Shading 1 Accent 5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6">
    <w:name w:val="Medium Shading 1 Accent 6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naglaavanje1">
    <w:name w:val="Medium Shading 2 Accent 1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naglaavanje2">
    <w:name w:val="Medium Shading 2 Accent 2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naglaavanje3">
    <w:name w:val="Medium Shading 2 Accent 3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naglaavanje4">
    <w:name w:val="Medium Shading 2 Accent 4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naglaavanje5">
    <w:name w:val="Medium Shading 2 Accent 5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naglaavanje6">
    <w:name w:val="Medium Shading 2 Accent 6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alista1">
    <w:name w:val="Medium List 1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alista1naglaavanje1">
    <w:name w:val="Medium List 1 Accent 1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alista1naglaavanje2">
    <w:name w:val="Medium List 1 Accent 2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alista1naglaavanje3">
    <w:name w:val="Medium List 1 Accent 3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alista1naglaavanje4">
    <w:name w:val="Medium List 1 Accent 4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alista1naglaavanje5">
    <w:name w:val="Medium List 1 Accent 5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alista1naglaavanje6">
    <w:name w:val="Medium List 1 Accent 6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alista2">
    <w:name w:val="Medium List 2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1">
    <w:name w:val="Medium List 2 Accent 1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2">
    <w:name w:val="Medium List 2 Accent 2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3">
    <w:name w:val="Medium List 2 Accent 3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4">
    <w:name w:val="Medium List 2 Accent 4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5">
    <w:name w:val="Medium List 2 Accent 5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6">
    <w:name w:val="Medium List 2 Accent 6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koordinatnamrea1">
    <w:name w:val="Medium Grid 1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koordinatnamrea1naglaavanje1">
    <w:name w:val="Medium Grid 1 Accent 1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koordinatnamrea1naglaavanje2">
    <w:name w:val="Medium Grid 1 Accent 2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koordinatnamrea1naglaavanje3">
    <w:name w:val="Medium Grid 1 Accent 3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koordinatnamrea1naglaavanje4">
    <w:name w:val="Medium Grid 1 Accent 4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koordinatnamrea1naglaavanje5">
    <w:name w:val="Medium Grid 1 Accent 5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koordinatnamrea1naglaavanje6">
    <w:name w:val="Medium Grid 1 Accent 6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koordinatnamrea2">
    <w:name w:val="Medium Grid 2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1">
    <w:name w:val="Medium Grid 2 Accent 1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2">
    <w:name w:val="Medium Grid 2 Accent 2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3">
    <w:name w:val="Medium Grid 2 Accent 3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4">
    <w:name w:val="Medium Grid 2 Accent 4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5">
    <w:name w:val="Medium Grid 2 Accent 5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6">
    <w:name w:val="Medium Grid 2 Accent 6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3">
    <w:name w:val="Medium Grid 3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koordinatnamrea3naglaavanje1">
    <w:name w:val="Medium Grid 3 Accent 1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koordinatnamrea3naglaavanje2">
    <w:name w:val="Medium Grid 3 Accent 2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koordinatnamrea3naglaavanje3">
    <w:name w:val="Medium Grid 3 Accent 3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koordinatnamrea3naglaavanje4">
    <w:name w:val="Medium Grid 3 Accent 4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koordinatnamrea3naglaavanje5">
    <w:name w:val="Medium Grid 3 Accent 5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koordinatnamrea3naglaavanje6">
    <w:name w:val="Medium Grid 3 Accent 6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alista">
    <w:name w:val="Dark List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alistanaglaavanje1">
    <w:name w:val="Dark List Accent 1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alistanaglaavanje2">
    <w:name w:val="Dark List Accent 2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alistanaglaavanje3">
    <w:name w:val="Dark List Accent 3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alistanaglaavanje4">
    <w:name w:val="Dark List Accent 4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alistanaglaavanje5">
    <w:name w:val="Dark List Accent 5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alistanaglaavanje6">
    <w:name w:val="Dark List Accent 6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enosenenje">
    <w:name w:val="Colorful Shading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osenenjenaglaavanje1">
    <w:name w:val="Colorful Shading Accent 1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osenenjenaglaavanje2">
    <w:name w:val="Colorful Shading Accent 2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osenenjenaglaavanje3">
    <w:name w:val="Colorful Shading Accent 3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enosenenjenaglaavanje4">
    <w:name w:val="Colorful Shading Accent 4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osenenjenaglaavanje5">
    <w:name w:val="Colorful Shading Accent 5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osenenjenaglaavanje6">
    <w:name w:val="Colorful Shading Accent 6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alista">
    <w:name w:val="Colorful List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enalistanaglaavanje1">
    <w:name w:val="Colorful List Accent 1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enalistanaglaavanje2">
    <w:name w:val="Colorful List Accent 2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enalistanaglaavanje3">
    <w:name w:val="Colorful List Accent 3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enalistanaglaavanje4">
    <w:name w:val="Colorful List Accent 4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enalistanaglaavanje5">
    <w:name w:val="Colorful List Accent 5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enalistanaglaavanje6">
    <w:name w:val="Colorful List Accent 6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enakoordinatnamrea">
    <w:name w:val="Colorful Grid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enakoordinatnamreanaglaavanje1">
    <w:name w:val="Colorful Grid Accent 1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enakoordinatnamreanaglaavanje2">
    <w:name w:val="Colorful Grid Accent 2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enakoordinatnamreanaglaavanje3">
    <w:name w:val="Colorful Grid Accent 3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enakoordinatnamreanaglaavanje4">
    <w:name w:val="Colorful Grid Accent 4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enakoordinatnamreanaglaavanje5">
    <w:name w:val="Colorful Grid Accent 5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enakoordinatnamreanaglaavanje6">
    <w:name w:val="Colorful Grid Accent 6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Section">
    <w:name w:val="Form Section"/>
    <w:pPr>
      <w:keepNext/>
      <w:spacing w:before="120" w:after="80"/>
    </w:pPr>
    <w:rPr>
      <w:rFonts w:ascii="Arial" w:eastAsia="Arial" w:hAnsi="Arial"/>
      <w:b/>
      <w:color w:val="333333"/>
      <w:sz w:val="23"/>
    </w:rPr>
  </w:style>
  <w:style w:type="paragraph" w:customStyle="1" w:styleId="FormSubsection">
    <w:name w:val="Form Subsection"/>
    <w:pPr>
      <w:keepNext/>
      <w:spacing w:before="120" w:after="80"/>
    </w:pPr>
    <w:rPr>
      <w:rFonts w:ascii="Arial" w:eastAsia="Arial" w:hAnsi="Arial"/>
      <w:b/>
      <w:color w:val="333333"/>
      <w:sz w:val="21"/>
    </w:rPr>
  </w:style>
  <w:style w:type="paragraph" w:customStyle="1" w:styleId="FormNote">
    <w:name w:val="Form Note"/>
    <w:pPr>
      <w:keepNext/>
      <w:spacing w:before="120" w:after="80"/>
    </w:pPr>
    <w:rPr>
      <w:rFonts w:ascii="Arial" w:eastAsia="Arial" w:hAnsi="Arial"/>
      <w:color w:val="555555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015E1F8-B1C1-4742-9B36-F93A71AB4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1504</Words>
  <Characters>8575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Образац пријаве – локална партнерства за економско оснаживање жена у АП Војводини 2026</vt:lpstr>
    </vt:vector>
  </TitlesOfParts>
  <Manager/>
  <Company/>
  <LinksUpToDate>false</LinksUpToDate>
  <CharactersWithSpaces>10059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Образац пријаве – локална партнерства за економско оснаживање жена у АП Војводини 2026</dc:title>
  <dc:subject>Конкурсни образац</dc:subject>
  <dc:creator>Покрајински завод за равноправност полова</dc:creator>
  <cp:keywords>Јавни позив, ЈЛС, економско оснаживање жена, локална партнерства</cp:keywords>
  <dc:description>generated by python-docx</dc:description>
  <cp:lastModifiedBy>User</cp:lastModifiedBy>
  <cp:revision>4</cp:revision>
  <dcterms:created xsi:type="dcterms:W3CDTF">2026-09-28T08:04:00Z</dcterms:created>
  <dcterms:modified xsi:type="dcterms:W3CDTF">2026-09-30T09:23:00Z</dcterms:modified>
  <cp:category/>
</cp:coreProperties>
</file>