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3CA5" w14:textId="77777777" w:rsidR="009778D1" w:rsidRPr="004204AA" w:rsidRDefault="00000000">
      <w:pPr>
        <w:keepNext/>
        <w:spacing w:after="100"/>
        <w:jc w:val="center"/>
        <w:rPr>
          <w:rFonts w:asciiTheme="majorHAnsi" w:hAnsiTheme="majorHAnsi" w:cstheme="majorHAnsi"/>
          <w:lang w:val="ru-RU"/>
        </w:rPr>
      </w:pPr>
      <w:r w:rsidRPr="004204AA">
        <w:rPr>
          <w:rFonts w:asciiTheme="majorHAnsi" w:hAnsiTheme="majorHAnsi" w:cstheme="majorHAnsi"/>
          <w:b/>
          <w:color w:val="191919"/>
          <w:spacing w:val="70"/>
          <w:sz w:val="31"/>
          <w:lang w:val="ru-RU"/>
        </w:rPr>
        <w:t>И З Ј А В А</w:t>
      </w:r>
    </w:p>
    <w:p w14:paraId="7696457A" w14:textId="77777777" w:rsidR="009778D1" w:rsidRPr="004204AA" w:rsidRDefault="00000000">
      <w:pPr>
        <w:keepNext/>
        <w:spacing w:after="80"/>
        <w:jc w:val="center"/>
        <w:rPr>
          <w:rFonts w:asciiTheme="majorHAnsi" w:hAnsiTheme="majorHAnsi" w:cstheme="majorHAnsi"/>
          <w:lang w:val="ru-RU"/>
        </w:rPr>
      </w:pPr>
      <w:r w:rsidRPr="004204AA">
        <w:rPr>
          <w:rFonts w:asciiTheme="majorHAnsi" w:hAnsiTheme="majorHAnsi" w:cstheme="majorHAnsi"/>
          <w:b/>
          <w:color w:val="191919"/>
          <w:sz w:val="24"/>
          <w:lang w:val="ru-RU"/>
        </w:rPr>
        <w:t>О ОБЕЗБЕЂЕНОМ СУФИНАНСИРАЊУ</w:t>
      </w:r>
    </w:p>
    <w:p w14:paraId="7DF45AB8" w14:textId="77777777" w:rsidR="009778D1" w:rsidRPr="004204AA" w:rsidRDefault="00000000">
      <w:pPr>
        <w:keepNext/>
        <w:spacing w:after="140"/>
        <w:jc w:val="center"/>
        <w:rPr>
          <w:rFonts w:asciiTheme="majorHAnsi" w:hAnsiTheme="majorHAnsi" w:cstheme="majorHAnsi"/>
        </w:rPr>
      </w:pPr>
      <w:r w:rsidRPr="004204AA">
        <w:rPr>
          <w:rFonts w:asciiTheme="majorHAnsi" w:hAnsiTheme="majorHAnsi" w:cstheme="majorHAnsi"/>
          <w:b/>
          <w:color w:val="191919"/>
          <w:lang w:val="ru-RU"/>
        </w:rPr>
        <w:t>ПО ЈАВНОМ ПОЗИВУ ЗА УСПОСТАВЉАЊЕ ЛОКАЛНИХ ПАРТНЕРСТАВА</w:t>
      </w:r>
      <w:r w:rsidRPr="004204AA">
        <w:rPr>
          <w:rFonts w:asciiTheme="majorHAnsi" w:hAnsiTheme="majorHAnsi" w:cstheme="majorHAnsi"/>
          <w:b/>
          <w:color w:val="191919"/>
          <w:lang w:val="ru-RU"/>
        </w:rPr>
        <w:br/>
        <w:t>ЗА ЕКОНОМСКО ОСНАЖИВАЊЕ ЖЕНА У АП ВОЈВОДИНИ</w:t>
      </w:r>
      <w:r w:rsidRPr="004204AA">
        <w:rPr>
          <w:rFonts w:asciiTheme="majorHAnsi" w:hAnsiTheme="majorHAnsi" w:cstheme="majorHAnsi"/>
          <w:b/>
          <w:color w:val="191919"/>
          <w:lang w:val="ru-RU"/>
        </w:rPr>
        <w:br/>
        <w:t xml:space="preserve">У 2026. </w:t>
      </w:r>
      <w:r w:rsidRPr="004204AA">
        <w:rPr>
          <w:rFonts w:asciiTheme="majorHAnsi" w:hAnsiTheme="majorHAnsi" w:cstheme="majorHAnsi"/>
          <w:b/>
          <w:color w:val="191919"/>
        </w:rPr>
        <w:t>ГОДИНИ</w:t>
      </w:r>
    </w:p>
    <w:tbl>
      <w:tblPr>
        <w:tblW w:w="0" w:type="auto"/>
        <w:jc w:val="center"/>
        <w:tblBorders>
          <w:top w:val="single" w:sz="8" w:space="0" w:color="4AA7B5"/>
          <w:left w:val="single" w:sz="8" w:space="0" w:color="4AA7B5"/>
          <w:bottom w:val="single" w:sz="8" w:space="0" w:color="4AA7B5"/>
          <w:right w:val="single" w:sz="8" w:space="0" w:color="4AA7B5"/>
          <w:insideH w:val="single" w:sz="8" w:space="0" w:color="4AA7B5"/>
          <w:insideV w:val="single" w:sz="8" w:space="0" w:color="4AA7B5"/>
        </w:tblBorders>
        <w:tblLayout w:type="fixed"/>
        <w:tblLook w:val="04A0" w:firstRow="1" w:lastRow="0" w:firstColumn="1" w:lastColumn="0" w:noHBand="0" w:noVBand="1"/>
      </w:tblPr>
      <w:tblGrid>
        <w:gridCol w:w="10148"/>
      </w:tblGrid>
      <w:tr w:rsidR="009778D1" w:rsidRPr="004204AA" w14:paraId="6E2A4347" w14:textId="77777777">
        <w:trPr>
          <w:jc w:val="center"/>
        </w:trPr>
        <w:tc>
          <w:tcPr>
            <w:tcW w:w="10148" w:type="dxa"/>
            <w:shd w:val="clear" w:color="auto" w:fill="EAF5F7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249395C" w14:textId="77777777" w:rsidR="009778D1" w:rsidRPr="004204AA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355A60"/>
                <w:sz w:val="17"/>
                <w:lang w:val="ru-RU"/>
              </w:rPr>
              <w:t xml:space="preserve">Образац се попуњава електронски, штампа, потписује од стране овлашћеног лица подносиоца пријаве и оверава печатом.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Уз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изјаву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се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прилаже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доказ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о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обезбеђеном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суфинансирању</w:t>
            </w:r>
            <w:proofErr w:type="spellEnd"/>
            <w:r w:rsidRPr="004204AA">
              <w:rPr>
                <w:rFonts w:asciiTheme="majorHAnsi" w:hAnsiTheme="majorHAnsi" w:cstheme="majorHAnsi"/>
                <w:color w:val="355A60"/>
                <w:sz w:val="17"/>
              </w:rPr>
              <w:t>.</w:t>
            </w:r>
          </w:p>
        </w:tc>
      </w:tr>
    </w:tbl>
    <w:p w14:paraId="6663F839" w14:textId="77777777" w:rsidR="009778D1" w:rsidRPr="004204AA" w:rsidRDefault="00000000">
      <w:pPr>
        <w:pStyle w:val="FormSection"/>
        <w:spacing w:before="40" w:after="60"/>
        <w:rPr>
          <w:rFonts w:asciiTheme="majorHAnsi" w:hAnsiTheme="majorHAnsi" w:cstheme="majorHAnsi"/>
        </w:rPr>
      </w:pPr>
      <w:r w:rsidRPr="004204AA">
        <w:rPr>
          <w:rFonts w:asciiTheme="majorHAnsi" w:hAnsiTheme="majorHAnsi" w:cstheme="majorHAnsi"/>
        </w:rPr>
        <w:t>1.  ПОДАЦИ О ПОДНОСИОЦУ И ПРОЈЕКТУ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5953"/>
      </w:tblGrid>
      <w:tr w:rsidR="009778D1" w:rsidRPr="004204AA" w14:paraId="28EA96DC" w14:textId="77777777">
        <w:trPr>
          <w:cantSplit/>
          <w:trHeight w:val="397"/>
          <w:jc w:val="center"/>
        </w:trPr>
        <w:tc>
          <w:tcPr>
            <w:tcW w:w="4082" w:type="dxa"/>
            <w:shd w:val="clear" w:color="auto" w:fill="EDEDED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367F3F" w14:textId="19075963" w:rsidR="009778D1" w:rsidRPr="004204AA" w:rsidRDefault="00BD3C63">
            <w:pPr>
              <w:spacing w:after="0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  <w:lang w:val="sr-Cyrl-RS"/>
              </w:rPr>
              <w:t>Н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азив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јединице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локалне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самоуправе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:</w:t>
            </w:r>
          </w:p>
        </w:tc>
        <w:tc>
          <w:tcPr>
            <w:tcW w:w="5953" w:type="dx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BC53E0" w14:textId="77777777" w:rsidR="009778D1" w:rsidRPr="004204AA" w:rsidRDefault="009778D1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9778D1" w:rsidRPr="004204AA" w14:paraId="48CD7B3F" w14:textId="77777777">
        <w:trPr>
          <w:cantSplit/>
          <w:trHeight w:val="397"/>
          <w:jc w:val="center"/>
        </w:trPr>
        <w:tc>
          <w:tcPr>
            <w:tcW w:w="4082" w:type="dxa"/>
            <w:shd w:val="clear" w:color="auto" w:fill="EDEDED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AA51A2" w14:textId="77777777" w:rsidR="009778D1" w:rsidRPr="004204A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Седиште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и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адреса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:</w:t>
            </w:r>
          </w:p>
        </w:tc>
        <w:tc>
          <w:tcPr>
            <w:tcW w:w="5953" w:type="dx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0A9A48" w14:textId="77777777" w:rsidR="009778D1" w:rsidRPr="004204AA" w:rsidRDefault="009778D1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9778D1" w:rsidRPr="004204AA" w14:paraId="5E94017D" w14:textId="77777777">
        <w:trPr>
          <w:cantSplit/>
          <w:trHeight w:val="397"/>
          <w:jc w:val="center"/>
        </w:trPr>
        <w:tc>
          <w:tcPr>
            <w:tcW w:w="4082" w:type="dxa"/>
            <w:shd w:val="clear" w:color="auto" w:fill="EDEDED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FDF77C" w14:textId="77777777" w:rsidR="009778D1" w:rsidRPr="004204A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Назив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пројекта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:</w:t>
            </w:r>
          </w:p>
        </w:tc>
        <w:tc>
          <w:tcPr>
            <w:tcW w:w="5953" w:type="dx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0C0120" w14:textId="77777777" w:rsidR="009778D1" w:rsidRPr="004204AA" w:rsidRDefault="009778D1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9778D1" w:rsidRPr="004204AA" w14:paraId="42332D4A" w14:textId="77777777">
        <w:trPr>
          <w:cantSplit/>
          <w:trHeight w:val="397"/>
          <w:jc w:val="center"/>
        </w:trPr>
        <w:tc>
          <w:tcPr>
            <w:tcW w:w="4082" w:type="dxa"/>
            <w:shd w:val="clear" w:color="auto" w:fill="EDEDED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0A0295" w14:textId="77777777" w:rsidR="009778D1" w:rsidRPr="004204A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Укупна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вредност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пројекта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(РСД):</w:t>
            </w:r>
          </w:p>
        </w:tc>
        <w:tc>
          <w:tcPr>
            <w:tcW w:w="5953" w:type="dx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E11F6BA" w14:textId="77777777" w:rsidR="009778D1" w:rsidRPr="004204AA" w:rsidRDefault="009778D1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9778D1" w:rsidRPr="004204AA" w14:paraId="74539DBF" w14:textId="77777777">
        <w:trPr>
          <w:cantSplit/>
          <w:trHeight w:val="397"/>
          <w:jc w:val="center"/>
        </w:trPr>
        <w:tc>
          <w:tcPr>
            <w:tcW w:w="4082" w:type="dxa"/>
            <w:shd w:val="clear" w:color="auto" w:fill="EDEDED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5D4321" w14:textId="77777777" w:rsidR="009778D1" w:rsidRPr="004204AA" w:rsidRDefault="00000000">
            <w:pPr>
              <w:spacing w:after="0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  <w:lang w:val="ru-RU"/>
              </w:rPr>
              <w:t>Износ који се тражи од Завода (РСД):</w:t>
            </w:r>
          </w:p>
        </w:tc>
        <w:tc>
          <w:tcPr>
            <w:tcW w:w="5953" w:type="dxa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4E51B42" w14:textId="77777777" w:rsidR="009778D1" w:rsidRPr="004204AA" w:rsidRDefault="009778D1">
            <w:pPr>
              <w:spacing w:after="0"/>
              <w:rPr>
                <w:rFonts w:asciiTheme="majorHAnsi" w:hAnsiTheme="majorHAnsi" w:cstheme="majorHAnsi"/>
                <w:lang w:val="ru-RU"/>
              </w:rPr>
            </w:pPr>
          </w:p>
        </w:tc>
      </w:tr>
    </w:tbl>
    <w:p w14:paraId="46D7A25F" w14:textId="77777777" w:rsidR="009778D1" w:rsidRPr="004204AA" w:rsidRDefault="009778D1">
      <w:pPr>
        <w:spacing w:after="0"/>
        <w:rPr>
          <w:rFonts w:asciiTheme="majorHAnsi" w:hAnsiTheme="majorHAnsi" w:cstheme="majorHAnsi"/>
          <w:lang w:val="ru-RU"/>
        </w:rPr>
      </w:pPr>
    </w:p>
    <w:p w14:paraId="597CE543" w14:textId="77777777" w:rsidR="009778D1" w:rsidRPr="004204AA" w:rsidRDefault="00000000">
      <w:pPr>
        <w:pStyle w:val="FormSection"/>
        <w:spacing w:before="40" w:after="60"/>
        <w:rPr>
          <w:rFonts w:asciiTheme="majorHAnsi" w:hAnsiTheme="majorHAnsi" w:cstheme="majorHAnsi"/>
        </w:rPr>
      </w:pPr>
      <w:r w:rsidRPr="004204AA">
        <w:rPr>
          <w:rFonts w:asciiTheme="majorHAnsi" w:hAnsiTheme="majorHAnsi" w:cstheme="majorHAnsi"/>
        </w:rPr>
        <w:t>2.  ПОДАЦИ О ОБЕЗБЕЂЕНОМ СУФИНАНСИРАЊУ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3400"/>
        <w:gridCol w:w="2839"/>
        <w:gridCol w:w="1681"/>
      </w:tblGrid>
      <w:tr w:rsidR="00BD3C63" w:rsidRPr="004204AA" w14:paraId="714BB22B" w14:textId="77777777" w:rsidTr="00BD3C63">
        <w:trPr>
          <w:jc w:val="center"/>
        </w:trPr>
        <w:tc>
          <w:tcPr>
            <w:tcW w:w="774" w:type="dxa"/>
            <w:shd w:val="clear" w:color="auto" w:fill="DCEEF1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27741182" w14:textId="77777777" w:rsidR="00BD3C63" w:rsidRPr="004204AA" w:rsidRDefault="00BD3C6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>Р.б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>.</w:t>
            </w:r>
          </w:p>
        </w:tc>
        <w:tc>
          <w:tcPr>
            <w:tcW w:w="3400" w:type="dxa"/>
            <w:shd w:val="clear" w:color="auto" w:fill="DCEEF1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2AD07DB9" w14:textId="77777777" w:rsidR="00BD3C63" w:rsidRPr="004204AA" w:rsidRDefault="00BD3C6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>Извор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>суфинансирања</w:t>
            </w:r>
            <w:proofErr w:type="spellEnd"/>
          </w:p>
        </w:tc>
        <w:tc>
          <w:tcPr>
            <w:tcW w:w="2839" w:type="dxa"/>
            <w:shd w:val="clear" w:color="auto" w:fill="DCEEF1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1B73DF5A" w14:textId="77777777" w:rsidR="00BD3C63" w:rsidRPr="004204AA" w:rsidRDefault="00BD3C63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>Износ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</w:rPr>
              <w:t xml:space="preserve"> (РСД)</w:t>
            </w:r>
          </w:p>
        </w:tc>
        <w:tc>
          <w:tcPr>
            <w:tcW w:w="1681" w:type="dxa"/>
            <w:shd w:val="clear" w:color="auto" w:fill="DCEEF1"/>
            <w:tcMar>
              <w:top w:w="65" w:type="dxa"/>
              <w:left w:w="55" w:type="dxa"/>
              <w:bottom w:w="65" w:type="dxa"/>
              <w:right w:w="55" w:type="dxa"/>
            </w:tcMar>
            <w:vAlign w:val="center"/>
          </w:tcPr>
          <w:p w14:paraId="474C3B90" w14:textId="0A173A09" w:rsidR="00BD3C63" w:rsidRPr="004204AA" w:rsidRDefault="00BD3C63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  <w:lang w:val="ru-RU"/>
              </w:rPr>
              <w:t>Учешће</w:t>
            </w:r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  <w:lang w:val="sr-Cyrl-RS"/>
              </w:rPr>
              <w:t xml:space="preserve"> у укупном буџету пројекта</w:t>
            </w:r>
            <w:r w:rsidRPr="004204AA">
              <w:rPr>
                <w:rFonts w:asciiTheme="majorHAnsi" w:hAnsiTheme="majorHAnsi" w:cstheme="majorHAnsi"/>
                <w:b/>
                <w:color w:val="222222"/>
                <w:sz w:val="15"/>
                <w:lang w:val="ru-RU"/>
              </w:rPr>
              <w:t xml:space="preserve"> (%)</w:t>
            </w:r>
          </w:p>
        </w:tc>
      </w:tr>
      <w:tr w:rsidR="00BD3C63" w:rsidRPr="004204AA" w14:paraId="3E61670D" w14:textId="77777777" w:rsidTr="00BD3C63">
        <w:trPr>
          <w:cantSplit/>
          <w:trHeight w:val="499"/>
          <w:jc w:val="center"/>
        </w:trPr>
        <w:tc>
          <w:tcPr>
            <w:tcW w:w="77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F02F2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6"/>
              </w:rPr>
              <w:t>1</w:t>
            </w:r>
          </w:p>
        </w:tc>
        <w:tc>
          <w:tcPr>
            <w:tcW w:w="34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EA55" w14:textId="0BBCC388" w:rsidR="00BD3C63" w:rsidRPr="004204AA" w:rsidRDefault="00BD3C63" w:rsidP="00BD3C63">
            <w:pPr>
              <w:spacing w:after="0"/>
              <w:rPr>
                <w:rFonts w:asciiTheme="majorHAnsi" w:hAnsiTheme="majorHAnsi" w:cstheme="majorHAnsi"/>
                <w:lang w:val="sr-Cyrl-RS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>Суфинансирање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ЈЛС (РСД):</w:t>
            </w:r>
          </w:p>
        </w:tc>
        <w:tc>
          <w:tcPr>
            <w:tcW w:w="28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AB8CA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FE53E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D3C63" w:rsidRPr="004204AA" w14:paraId="581F5ABE" w14:textId="77777777" w:rsidTr="00BD3C63">
        <w:trPr>
          <w:cantSplit/>
          <w:trHeight w:val="499"/>
          <w:jc w:val="center"/>
        </w:trPr>
        <w:tc>
          <w:tcPr>
            <w:tcW w:w="77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B2AAD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6"/>
              </w:rPr>
              <w:t>2</w:t>
            </w:r>
          </w:p>
        </w:tc>
        <w:tc>
          <w:tcPr>
            <w:tcW w:w="34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0F73A" w14:textId="6DBEE123" w:rsidR="00BD3C63" w:rsidRPr="004204AA" w:rsidRDefault="00BD3C63" w:rsidP="00BD3C63">
            <w:pPr>
              <w:spacing w:after="0"/>
              <w:rPr>
                <w:rFonts w:asciiTheme="majorHAnsi" w:hAnsiTheme="majorHAnsi" w:cstheme="majorHAnsi"/>
                <w:lang w:val="sr-Cyrl-RS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>Суфинансирање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>партнера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</w:rPr>
              <w:t xml:space="preserve"> (РСД):</w:t>
            </w:r>
          </w:p>
        </w:tc>
        <w:tc>
          <w:tcPr>
            <w:tcW w:w="28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957BF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7EE8A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D3C63" w:rsidRPr="004204AA" w14:paraId="34F45679" w14:textId="77777777" w:rsidTr="00BD3C63">
        <w:trPr>
          <w:cantSplit/>
          <w:trHeight w:val="499"/>
          <w:jc w:val="center"/>
        </w:trPr>
        <w:tc>
          <w:tcPr>
            <w:tcW w:w="77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8FD85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6"/>
              </w:rPr>
              <w:t>3</w:t>
            </w:r>
          </w:p>
        </w:tc>
        <w:tc>
          <w:tcPr>
            <w:tcW w:w="34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2B0A2" w14:textId="5051B902" w:rsidR="00BD3C63" w:rsidRPr="004204AA" w:rsidRDefault="00BD3C63" w:rsidP="00BD3C63">
            <w:pPr>
              <w:spacing w:after="0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b/>
                <w:color w:val="000000"/>
                <w:sz w:val="17"/>
                <w:lang w:val="ru-RU"/>
              </w:rPr>
              <w:t>Други извори – износ (РСД):</w:t>
            </w:r>
          </w:p>
        </w:tc>
        <w:tc>
          <w:tcPr>
            <w:tcW w:w="28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EFE1B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  <w:tc>
          <w:tcPr>
            <w:tcW w:w="168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7480B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  <w:lang w:val="ru-RU"/>
              </w:rPr>
            </w:pPr>
          </w:p>
        </w:tc>
      </w:tr>
      <w:tr w:rsidR="00BD3C63" w:rsidRPr="004204AA" w14:paraId="75FCB881" w14:textId="77777777" w:rsidTr="00BD3C63">
        <w:trPr>
          <w:cantSplit/>
          <w:trHeight w:val="397"/>
          <w:jc w:val="center"/>
        </w:trPr>
        <w:tc>
          <w:tcPr>
            <w:tcW w:w="4174" w:type="dxa"/>
            <w:gridSpan w:val="2"/>
            <w:shd w:val="clear" w:color="auto" w:fill="EDEDED"/>
            <w:vAlign w:val="center"/>
          </w:tcPr>
          <w:p w14:paraId="1CA6347B" w14:textId="77777777" w:rsidR="00BD3C63" w:rsidRPr="004204AA" w:rsidRDefault="00BD3C63" w:rsidP="00BD3C63">
            <w:pPr>
              <w:spacing w:after="0"/>
              <w:jc w:val="right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  <w:sz w:val="17"/>
              </w:rPr>
              <w:t>УКУПНО СУФИНАНСИРАЊЕ:</w:t>
            </w:r>
          </w:p>
        </w:tc>
        <w:tc>
          <w:tcPr>
            <w:tcW w:w="2839" w:type="dxa"/>
            <w:shd w:val="clear" w:color="auto" w:fill="EDEDED"/>
            <w:vAlign w:val="center"/>
          </w:tcPr>
          <w:p w14:paraId="2F3801F7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81" w:type="dxa"/>
            <w:shd w:val="clear" w:color="auto" w:fill="EDEDED"/>
            <w:vAlign w:val="center"/>
          </w:tcPr>
          <w:p w14:paraId="12B02BD0" w14:textId="77777777" w:rsidR="00BD3C63" w:rsidRPr="004204AA" w:rsidRDefault="00BD3C63" w:rsidP="00BD3C6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7B3F2233" w14:textId="77777777" w:rsidR="009778D1" w:rsidRPr="004204AA" w:rsidRDefault="009778D1">
      <w:pPr>
        <w:spacing w:after="0"/>
        <w:rPr>
          <w:rFonts w:asciiTheme="majorHAnsi" w:hAnsiTheme="majorHAnsi" w:cstheme="majorHAnsi"/>
        </w:rPr>
      </w:pPr>
    </w:p>
    <w:p w14:paraId="400FE9C0" w14:textId="77777777" w:rsidR="009778D1" w:rsidRPr="004204AA" w:rsidRDefault="00000000">
      <w:pPr>
        <w:pStyle w:val="FormSection"/>
        <w:spacing w:before="40" w:after="60"/>
        <w:rPr>
          <w:rFonts w:asciiTheme="majorHAnsi" w:hAnsiTheme="majorHAnsi" w:cstheme="majorHAnsi"/>
        </w:rPr>
      </w:pPr>
      <w:r w:rsidRPr="004204AA">
        <w:rPr>
          <w:rFonts w:asciiTheme="majorHAnsi" w:hAnsiTheme="majorHAnsi" w:cstheme="majorHAnsi"/>
        </w:rPr>
        <w:t>3.  ИЗЈАВА</w:t>
      </w:r>
    </w:p>
    <w:p w14:paraId="3D8741E4" w14:textId="77777777" w:rsidR="009778D1" w:rsidRPr="004204AA" w:rsidRDefault="00000000">
      <w:pPr>
        <w:jc w:val="both"/>
        <w:rPr>
          <w:rFonts w:asciiTheme="majorHAnsi" w:hAnsiTheme="majorHAnsi" w:cstheme="majorHAnsi"/>
          <w:lang w:val="ru-RU"/>
        </w:rPr>
      </w:pPr>
      <w:r w:rsidRPr="004204AA">
        <w:rPr>
          <w:rFonts w:asciiTheme="majorHAnsi" w:hAnsiTheme="majorHAnsi" w:cstheme="majorHAnsi"/>
          <w:color w:val="191919"/>
          <w:sz w:val="18"/>
          <w:lang w:val="ru-RU"/>
        </w:rPr>
        <w:t xml:space="preserve">Овлашћено лице подносиоца пријаве, под пуном материјалном и кривичном одговорношћу, изјављује да су средства суфинансирања наведена у овом обрасцу </w:t>
      </w:r>
      <w:r w:rsidRPr="004204AA">
        <w:rPr>
          <w:rFonts w:asciiTheme="majorHAnsi" w:hAnsiTheme="majorHAnsi" w:cstheme="majorHAnsi"/>
          <w:b/>
          <w:color w:val="191919"/>
          <w:sz w:val="18"/>
          <w:lang w:val="ru-RU"/>
        </w:rPr>
        <w:t>обезбеђена и расположива за реализацију пројекта</w:t>
      </w:r>
      <w:r w:rsidRPr="004204AA">
        <w:rPr>
          <w:rFonts w:asciiTheme="majorHAnsi" w:hAnsiTheme="majorHAnsi" w:cstheme="majorHAnsi"/>
          <w:color w:val="191919"/>
          <w:sz w:val="18"/>
          <w:lang w:val="ru-RU"/>
        </w:rPr>
        <w:t>, у износима, из извора и за намене приказане у пријавном обрасцу и буџету пројекта.</w:t>
      </w:r>
    </w:p>
    <w:p w14:paraId="08F7AB30" w14:textId="77777777" w:rsidR="009778D1" w:rsidRPr="004204AA" w:rsidRDefault="00000000">
      <w:pPr>
        <w:jc w:val="both"/>
        <w:rPr>
          <w:rFonts w:asciiTheme="majorHAnsi" w:hAnsiTheme="majorHAnsi" w:cstheme="majorHAnsi"/>
          <w:lang w:val="ru-RU"/>
        </w:rPr>
      </w:pPr>
      <w:r w:rsidRPr="004204AA">
        <w:rPr>
          <w:rFonts w:asciiTheme="majorHAnsi" w:hAnsiTheme="majorHAnsi" w:cstheme="majorHAnsi"/>
          <w:color w:val="191919"/>
          <w:sz w:val="18"/>
          <w:lang w:val="ru-RU"/>
        </w:rPr>
        <w:t>Подносилац потврђује да је за наведено суфинансирање обезбеђена одговарајућа документација и да ће средства бити коришћена искључиво за одобрене пројектне активности, без двоструког финансирања истих трошкова.</w:t>
      </w:r>
    </w:p>
    <w:p w14:paraId="206EFE5F" w14:textId="6A3353C5" w:rsidR="009778D1" w:rsidRPr="004204AA" w:rsidRDefault="009778D1">
      <w:pPr>
        <w:spacing w:after="80"/>
        <w:jc w:val="both"/>
        <w:rPr>
          <w:rFonts w:asciiTheme="majorHAnsi" w:hAnsiTheme="majorHAnsi" w:cstheme="majorHAnsi"/>
          <w:lang w:val="ru-RU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3383"/>
        <w:gridCol w:w="3383"/>
      </w:tblGrid>
      <w:tr w:rsidR="009778D1" w:rsidRPr="004204AA" w14:paraId="05E19AF2" w14:textId="77777777">
        <w:trPr>
          <w:jc w:val="center"/>
        </w:trPr>
        <w:tc>
          <w:tcPr>
            <w:tcW w:w="3383" w:type="dxa"/>
            <w:tcMar>
              <w:top w:w="45" w:type="dxa"/>
              <w:left w:w="60" w:type="dxa"/>
              <w:bottom w:w="0" w:type="dxa"/>
              <w:right w:w="60" w:type="dxa"/>
            </w:tcMar>
          </w:tcPr>
          <w:p w14:paraId="5D214340" w14:textId="77777777" w:rsidR="009778D1" w:rsidRPr="004204AA" w:rsidRDefault="00000000">
            <w:pPr>
              <w:spacing w:after="140"/>
              <w:rPr>
                <w:rFonts w:asciiTheme="majorHAnsi" w:hAnsiTheme="majorHAnsi" w:cstheme="majorHAnsi"/>
              </w:rPr>
            </w:pP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Место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 xml:space="preserve"> и </w:t>
            </w:r>
            <w:proofErr w:type="spellStart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датум</w:t>
            </w:r>
            <w:proofErr w:type="spellEnd"/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</w:rPr>
              <w:t>:</w:t>
            </w:r>
          </w:p>
          <w:p w14:paraId="601DC5B1" w14:textId="77777777" w:rsidR="009778D1" w:rsidRPr="004204A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8"/>
              </w:rPr>
              <w:t>____________________________</w:t>
            </w:r>
          </w:p>
        </w:tc>
        <w:tc>
          <w:tcPr>
            <w:tcW w:w="3383" w:type="dxa"/>
            <w:tcMar>
              <w:top w:w="45" w:type="dxa"/>
              <w:left w:w="60" w:type="dxa"/>
              <w:bottom w:w="0" w:type="dxa"/>
              <w:right w:w="60" w:type="dxa"/>
            </w:tcMar>
          </w:tcPr>
          <w:p w14:paraId="7135F02A" w14:textId="77777777" w:rsidR="009778D1" w:rsidRPr="004204AA" w:rsidRDefault="0000000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</w:rPr>
              <w:br/>
              <w:t>М.П.</w:t>
            </w:r>
          </w:p>
        </w:tc>
        <w:tc>
          <w:tcPr>
            <w:tcW w:w="3383" w:type="dxa"/>
            <w:tcMar>
              <w:top w:w="45" w:type="dxa"/>
              <w:left w:w="60" w:type="dxa"/>
              <w:bottom w:w="0" w:type="dxa"/>
              <w:right w:w="60" w:type="dxa"/>
            </w:tcMar>
          </w:tcPr>
          <w:p w14:paraId="3D4B656F" w14:textId="77777777" w:rsidR="009778D1" w:rsidRPr="004204AA" w:rsidRDefault="00000000">
            <w:pPr>
              <w:spacing w:after="140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  <w:lang w:val="ru-RU"/>
              </w:rPr>
              <w:t>ОВЛАШЋЕНО ЛИЦЕ</w:t>
            </w:r>
            <w:r w:rsidRPr="004204AA">
              <w:rPr>
                <w:rFonts w:asciiTheme="majorHAnsi" w:hAnsiTheme="majorHAnsi" w:cstheme="majorHAnsi"/>
                <w:b/>
                <w:color w:val="222222"/>
                <w:sz w:val="18"/>
                <w:lang w:val="ru-RU"/>
              </w:rPr>
              <w:br/>
              <w:t>ПОДНОСИОЦА ПРИЈАВЕ</w:t>
            </w:r>
          </w:p>
          <w:p w14:paraId="107F15A4" w14:textId="77777777" w:rsidR="009778D1" w:rsidRPr="004204AA" w:rsidRDefault="00000000">
            <w:pPr>
              <w:spacing w:after="0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8"/>
                <w:lang w:val="ru-RU"/>
              </w:rPr>
              <w:t>____________________________</w:t>
            </w:r>
          </w:p>
          <w:p w14:paraId="766DDE89" w14:textId="77777777" w:rsidR="009778D1" w:rsidRPr="004204AA" w:rsidRDefault="00000000">
            <w:pPr>
              <w:spacing w:after="40"/>
              <w:jc w:val="center"/>
              <w:rPr>
                <w:rFonts w:asciiTheme="majorHAnsi" w:hAnsiTheme="majorHAnsi" w:cstheme="majorHAnsi"/>
                <w:lang w:val="ru-RU"/>
              </w:rPr>
            </w:pPr>
            <w:r w:rsidRPr="004204AA">
              <w:rPr>
                <w:rFonts w:asciiTheme="majorHAnsi" w:hAnsiTheme="majorHAnsi" w:cstheme="majorHAnsi"/>
                <w:color w:val="666666"/>
                <w:sz w:val="15"/>
                <w:lang w:val="ru-RU"/>
              </w:rPr>
              <w:t>(име и презиме)</w:t>
            </w:r>
          </w:p>
          <w:p w14:paraId="6FFF232E" w14:textId="77777777" w:rsidR="009778D1" w:rsidRPr="004204AA" w:rsidRDefault="0000000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8"/>
              </w:rPr>
              <w:t>____________________________</w:t>
            </w:r>
          </w:p>
          <w:p w14:paraId="29F58DD4" w14:textId="77777777" w:rsidR="009778D1" w:rsidRPr="004204AA" w:rsidRDefault="00000000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(</w:t>
            </w:r>
            <w:proofErr w:type="spellStart"/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функција</w:t>
            </w:r>
            <w:proofErr w:type="spellEnd"/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)</w:t>
            </w:r>
          </w:p>
          <w:p w14:paraId="4C4ECA11" w14:textId="77777777" w:rsidR="009778D1" w:rsidRPr="004204AA" w:rsidRDefault="0000000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222222"/>
                <w:sz w:val="18"/>
              </w:rPr>
              <w:t>____________________________</w:t>
            </w:r>
          </w:p>
          <w:p w14:paraId="05AAD608" w14:textId="77777777" w:rsidR="009778D1" w:rsidRPr="004204AA" w:rsidRDefault="00000000">
            <w:pPr>
              <w:spacing w:after="40"/>
              <w:jc w:val="center"/>
              <w:rPr>
                <w:rFonts w:asciiTheme="majorHAnsi" w:hAnsiTheme="majorHAnsi" w:cstheme="majorHAnsi"/>
              </w:rPr>
            </w:pPr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(</w:t>
            </w:r>
            <w:proofErr w:type="spellStart"/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потпис</w:t>
            </w:r>
            <w:proofErr w:type="spellEnd"/>
            <w:r w:rsidRPr="004204AA">
              <w:rPr>
                <w:rFonts w:asciiTheme="majorHAnsi" w:hAnsiTheme="majorHAnsi" w:cstheme="majorHAnsi"/>
                <w:color w:val="666666"/>
                <w:sz w:val="15"/>
              </w:rPr>
              <w:t>)</w:t>
            </w:r>
          </w:p>
        </w:tc>
      </w:tr>
    </w:tbl>
    <w:p w14:paraId="3B01E592" w14:textId="77777777" w:rsidR="006A4143" w:rsidRPr="004204AA" w:rsidRDefault="006A4143">
      <w:pPr>
        <w:rPr>
          <w:rFonts w:asciiTheme="majorHAnsi" w:hAnsiTheme="majorHAnsi" w:cstheme="majorHAnsi"/>
        </w:rPr>
      </w:pPr>
    </w:p>
    <w:sectPr w:rsidR="006A4143" w:rsidRPr="004204AA" w:rsidSect="00034616">
      <w:headerReference w:type="default" r:id="rId8"/>
      <w:footerReference w:type="default" r:id="rId9"/>
      <w:pgSz w:w="11906" w:h="16838"/>
      <w:pgMar w:top="879" w:right="879" w:bottom="879" w:left="879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EB6D6" w14:textId="77777777" w:rsidR="007D6E37" w:rsidRDefault="007D6E37">
      <w:pPr>
        <w:spacing w:after="0" w:line="240" w:lineRule="auto"/>
      </w:pPr>
      <w:r>
        <w:separator/>
      </w:r>
    </w:p>
  </w:endnote>
  <w:endnote w:type="continuationSeparator" w:id="0">
    <w:p w14:paraId="436E65DF" w14:textId="77777777" w:rsidR="007D6E37" w:rsidRDefault="007D6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610C" w14:textId="77777777" w:rsidR="009778D1" w:rsidRDefault="00000000">
    <w:pPr>
      <w:pStyle w:val="Podnojestranice"/>
      <w:jc w:val="center"/>
    </w:pPr>
    <w:proofErr w:type="spellStart"/>
    <w:r>
      <w:rPr>
        <w:color w:val="646464"/>
        <w:sz w:val="16"/>
      </w:rPr>
      <w:t>Страна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>
      <w:rPr>
        <w:color w:val="646464"/>
        <w:sz w:val="16"/>
      </w:rPr>
      <w:fldChar w:fldCharType="separate"/>
    </w:r>
    <w:r w:rsidR="00BD3C63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од</w:t>
    </w:r>
    <w:proofErr w:type="spellEnd"/>
    <w:r>
      <w:rPr>
        <w:color w:val="646464"/>
        <w:sz w:val="16"/>
      </w:rPr>
      <w:t xml:space="preserve">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NUMPAGES</w:instrText>
    </w:r>
    <w:r>
      <w:rPr>
        <w:color w:val="646464"/>
        <w:sz w:val="16"/>
      </w:rPr>
      <w:fldChar w:fldCharType="separate"/>
    </w:r>
    <w:r w:rsidR="00BD3C63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51ACB" w14:textId="77777777" w:rsidR="007D6E37" w:rsidRDefault="007D6E37">
      <w:pPr>
        <w:spacing w:after="0" w:line="240" w:lineRule="auto"/>
      </w:pPr>
      <w:r>
        <w:separator/>
      </w:r>
    </w:p>
  </w:footnote>
  <w:footnote w:type="continuationSeparator" w:id="0">
    <w:p w14:paraId="672E9F9F" w14:textId="77777777" w:rsidR="007D6E37" w:rsidRDefault="007D6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5D30" w14:textId="77777777" w:rsidR="009778D1" w:rsidRDefault="009778D1">
    <w:pPr>
      <w:pStyle w:val="Zaglavljestranic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123"/>
      <w:gridCol w:w="4025"/>
    </w:tblGrid>
    <w:tr w:rsidR="009778D1" w14:paraId="52BF78B3" w14:textId="77777777">
      <w:trPr>
        <w:jc w:val="center"/>
      </w:trPr>
      <w:tc>
        <w:tcPr>
          <w:tcW w:w="6123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EBC1C4" w14:textId="77777777" w:rsidR="009778D1" w:rsidRDefault="00000000">
          <w:r>
            <w:rPr>
              <w:noProof/>
            </w:rPr>
            <w:drawing>
              <wp:inline distT="0" distB="0" distL="0" distR="0" wp14:anchorId="16993552" wp14:editId="0E9F4696">
                <wp:extent cx="1854000" cy="56789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000" cy="5678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5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1757969" w14:textId="77777777" w:rsidR="009778D1" w:rsidRDefault="00000000">
          <w:pPr>
            <w:jc w:val="right"/>
          </w:pPr>
          <w:r>
            <w:rPr>
              <w:b/>
              <w:color w:val="555555"/>
            </w:rPr>
            <w:t>ОБРАЗАЦ 04</w:t>
          </w:r>
        </w:p>
      </w:tc>
    </w:tr>
  </w:tbl>
  <w:p w14:paraId="168656C7" w14:textId="77777777" w:rsidR="009778D1" w:rsidRDefault="009778D1">
    <w:pPr>
      <w:pBdr>
        <w:bottom w:val="single" w:sz="8" w:space="2" w:color="66666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6903383">
    <w:abstractNumId w:val="8"/>
  </w:num>
  <w:num w:numId="2" w16cid:durableId="778918634">
    <w:abstractNumId w:val="6"/>
  </w:num>
  <w:num w:numId="3" w16cid:durableId="1578710901">
    <w:abstractNumId w:val="5"/>
  </w:num>
  <w:num w:numId="4" w16cid:durableId="112939320">
    <w:abstractNumId w:val="4"/>
  </w:num>
  <w:num w:numId="5" w16cid:durableId="1466200507">
    <w:abstractNumId w:val="7"/>
  </w:num>
  <w:num w:numId="6" w16cid:durableId="171529345">
    <w:abstractNumId w:val="3"/>
  </w:num>
  <w:num w:numId="7" w16cid:durableId="71781836">
    <w:abstractNumId w:val="2"/>
  </w:num>
  <w:num w:numId="8" w16cid:durableId="1438521502">
    <w:abstractNumId w:val="1"/>
  </w:num>
  <w:num w:numId="9" w16cid:durableId="86672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80A"/>
    <w:rsid w:val="0006063C"/>
    <w:rsid w:val="0015074B"/>
    <w:rsid w:val="00197AD9"/>
    <w:rsid w:val="0029639D"/>
    <w:rsid w:val="00326F90"/>
    <w:rsid w:val="004204AA"/>
    <w:rsid w:val="005900C6"/>
    <w:rsid w:val="006A4143"/>
    <w:rsid w:val="00796F31"/>
    <w:rsid w:val="007D6E37"/>
    <w:rsid w:val="009778D1"/>
    <w:rsid w:val="00AA1D8D"/>
    <w:rsid w:val="00B47730"/>
    <w:rsid w:val="00BD3C63"/>
    <w:rsid w:val="00CB0664"/>
    <w:rsid w:val="00E703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88E20"/>
  <w14:defaultImageDpi w14:val="300"/>
  <w15:docId w15:val="{2E5815F1-2CE2-4D89-92A6-7105EAAD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eastAsia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keepNext/>
      <w:spacing w:before="120" w:after="80"/>
    </w:pPr>
    <w:rPr>
      <w:rFonts w:ascii="Arial" w:eastAsia="Arial" w:hAnsi="Arial"/>
      <w:b/>
      <w:color w:val="333333"/>
      <w:sz w:val="23"/>
    </w:rPr>
  </w:style>
  <w:style w:type="paragraph" w:customStyle="1" w:styleId="FormSubsection">
    <w:name w:val="Form Subsection"/>
    <w:pPr>
      <w:keepNext/>
      <w:spacing w:before="120" w:after="80"/>
    </w:pPr>
    <w:rPr>
      <w:rFonts w:ascii="Arial" w:eastAsia="Arial" w:hAnsi="Arial"/>
      <w:b/>
      <w:color w:val="333333"/>
      <w:sz w:val="21"/>
    </w:rPr>
  </w:style>
  <w:style w:type="paragraph" w:customStyle="1" w:styleId="FormNote">
    <w:name w:val="Form Note"/>
    <w:pPr>
      <w:keepNext/>
      <w:spacing w:before="120" w:after="80"/>
    </w:pPr>
    <w:rPr>
      <w:rFonts w:ascii="Arial" w:eastAsia="Arial" w:hAnsi="Arial"/>
      <w:color w:val="55555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04 - Изјава о обезбеђеном суфинансирању</dc:title>
  <dc:subject>Јавни позив за успостављање локалних партнерстава за економско оснаживање жена у АП Војводини у 2026. години</dc:subject>
  <dc:creator>Покрајински завод за равноправност полова</dc:creator>
  <cp:keywords>Јавни позив, ЈЛС, економско оснаживање жена, локална партнерства</cp:keywords>
  <dc:description>generated by python-docx</dc:description>
  <cp:lastModifiedBy>User</cp:lastModifiedBy>
  <cp:revision>2</cp:revision>
  <dcterms:created xsi:type="dcterms:W3CDTF">2026-09-28T08:08:00Z</dcterms:created>
  <dcterms:modified xsi:type="dcterms:W3CDTF">2026-09-28T08:08:00Z</dcterms:modified>
  <cp:category/>
</cp:coreProperties>
</file>